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7B3627" w14:textId="77777777" w:rsidR="00A2196E" w:rsidRDefault="00A2196E"/>
    <w:tbl>
      <w:tblPr>
        <w:tblW w:w="10093" w:type="dxa"/>
        <w:tblLayout w:type="fixed"/>
        <w:tblLook w:val="04A0" w:firstRow="1" w:lastRow="0" w:firstColumn="1" w:lastColumn="0" w:noHBand="0" w:noVBand="1"/>
      </w:tblPr>
      <w:tblGrid>
        <w:gridCol w:w="5000"/>
        <w:gridCol w:w="5093"/>
      </w:tblGrid>
      <w:tr w:rsidR="00B821F6" w14:paraId="14371F22" w14:textId="77777777">
        <w:tc>
          <w:tcPr>
            <w:tcW w:w="50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B594BC4" w14:textId="77777777" w:rsidR="00B821F6" w:rsidRDefault="00DD0983">
            <w:pPr>
              <w:spacing w:after="0"/>
              <w:rPr>
                <w:lang w:eastAsia="ja-JP"/>
              </w:rPr>
            </w:pPr>
            <w:r>
              <w:rPr>
                <w:b/>
                <w:color w:val="36596A"/>
                <w:lang w:eastAsia="ja-JP"/>
              </w:rPr>
              <w:t>社内記録・要配慮個人情報</w:t>
            </w:r>
          </w:p>
        </w:tc>
        <w:tc>
          <w:tcPr>
            <w:tcW w:w="509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BBC5C8B" w14:textId="77777777" w:rsidR="00B821F6" w:rsidRDefault="00DD0983">
            <w:pPr>
              <w:spacing w:after="0"/>
              <w:jc w:val="right"/>
              <w:rPr>
                <w:lang w:eastAsia="ja-JP"/>
              </w:rPr>
            </w:pPr>
            <w:r>
              <w:rPr>
                <w:lang w:eastAsia="ja-JP"/>
              </w:rPr>
              <w:t>ケース</w:t>
            </w:r>
            <w:r>
              <w:rPr>
                <w:lang w:eastAsia="ja-JP"/>
              </w:rPr>
              <w:t>ID</w:t>
            </w:r>
            <w:r>
              <w:rPr>
                <w:lang w:eastAsia="ja-JP"/>
              </w:rPr>
              <w:t>：　　　　　　　　記録</w:t>
            </w:r>
            <w:r>
              <w:rPr>
                <w:lang w:eastAsia="ja-JP"/>
              </w:rPr>
              <w:t>No.</w:t>
            </w:r>
            <w:r>
              <w:rPr>
                <w:lang w:eastAsia="ja-JP"/>
              </w:rPr>
              <w:t xml:space="preserve">：　　　　　</w:t>
            </w:r>
          </w:p>
        </w:tc>
      </w:tr>
    </w:tbl>
    <w:p w14:paraId="21B21EA4" w14:textId="77777777" w:rsidR="00B821F6" w:rsidRDefault="00DD0983">
      <w:pPr>
        <w:keepNext/>
        <w:spacing w:after="40" w:line="240" w:lineRule="auto"/>
        <w:jc w:val="center"/>
        <w:rPr>
          <w:lang w:eastAsia="ja-JP"/>
        </w:rPr>
      </w:pPr>
      <w:r>
        <w:rPr>
          <w:b/>
          <w:sz w:val="31"/>
          <w:lang w:eastAsia="ja-JP"/>
        </w:rPr>
        <w:t>休職開始時説明・確認チェックリスト</w:t>
      </w:r>
    </w:p>
    <w:p w14:paraId="494E3166" w14:textId="77777777" w:rsidR="00B821F6" w:rsidRDefault="00DD0983">
      <w:pPr>
        <w:spacing w:after="100" w:line="240" w:lineRule="auto"/>
        <w:jc w:val="center"/>
        <w:rPr>
          <w:lang w:eastAsia="ja-JP"/>
        </w:rPr>
      </w:pPr>
      <w:r>
        <w:rPr>
          <w:color w:val="65747C"/>
          <w:sz w:val="16"/>
          <w:lang w:eastAsia="ja-JP"/>
        </w:rPr>
        <w:t>説明漏れを防ぎ、本人確認と未完了事項を記録</w:t>
      </w:r>
    </w:p>
    <w:tbl>
      <w:tblPr>
        <w:tblW w:w="10093" w:type="dxa"/>
        <w:tblLayout w:type="fixed"/>
        <w:tblLook w:val="04A0" w:firstRow="1" w:lastRow="0" w:firstColumn="1" w:lastColumn="0" w:noHBand="0" w:noVBand="1"/>
      </w:tblPr>
      <w:tblGrid>
        <w:gridCol w:w="10093"/>
      </w:tblGrid>
      <w:tr w:rsidR="00B821F6" w14:paraId="61BB38A2" w14:textId="77777777">
        <w:tc>
          <w:tcPr>
            <w:tcW w:w="10093" w:type="dxa"/>
            <w:tcBorders>
              <w:top w:val="single" w:sz="6" w:space="0" w:color="AAB6BC"/>
              <w:left w:val="single" w:sz="6" w:space="0" w:color="AAB6BC"/>
              <w:bottom w:val="single" w:sz="6" w:space="0" w:color="AAB6BC"/>
              <w:right w:val="single" w:sz="6" w:space="0" w:color="AAB6BC"/>
            </w:tcBorders>
            <w:shd w:val="clear" w:color="auto" w:fill="F6F8F9"/>
            <w:tcMar>
              <w:top w:w="55" w:type="dxa"/>
              <w:left w:w="95" w:type="dxa"/>
              <w:bottom w:w="55" w:type="dxa"/>
              <w:right w:w="95" w:type="dxa"/>
            </w:tcMar>
          </w:tcPr>
          <w:p w14:paraId="57C9FC41" w14:textId="77777777" w:rsidR="00B821F6" w:rsidRDefault="00DD0983">
            <w:pPr>
              <w:spacing w:after="0" w:line="250" w:lineRule="auto"/>
              <w:rPr>
                <w:lang w:eastAsia="ja-JP"/>
              </w:rPr>
            </w:pPr>
            <w:r>
              <w:rPr>
                <w:b/>
                <w:color w:val="36596A"/>
                <w:lang w:eastAsia="ja-JP"/>
              </w:rPr>
              <w:t>使用方法</w:t>
            </w:r>
          </w:p>
          <w:p w14:paraId="7ADF4085" w14:textId="75D958D8" w:rsidR="00B821F6" w:rsidRDefault="00DD0983">
            <w:pPr>
              <w:spacing w:after="0" w:line="259" w:lineRule="auto"/>
              <w:rPr>
                <w:lang w:eastAsia="ja-JP"/>
              </w:rPr>
            </w:pPr>
            <w:r>
              <w:rPr>
                <w:sz w:val="15"/>
                <w:lang w:eastAsia="ja-JP"/>
              </w:rPr>
              <w:t>本票は説明・確認の記録であり、就業規則や個別の決定内容に代わるものではありません。本人の状態に応じ、説明を複数回に分けた場合も日付と担当者を残します。</w:t>
            </w:r>
          </w:p>
        </w:tc>
      </w:tr>
    </w:tbl>
    <w:p w14:paraId="667884AD" w14:textId="77777777" w:rsidR="00B821F6" w:rsidRDefault="00DD0983">
      <w:pPr>
        <w:keepNext/>
        <w:shd w:val="clear" w:color="auto" w:fill="EAF0F3"/>
        <w:spacing w:before="80" w:line="240" w:lineRule="auto"/>
        <w:ind w:left="85"/>
      </w:pPr>
      <w:r>
        <w:rPr>
          <w:b/>
          <w:color w:val="36596A"/>
          <w:sz w:val="21"/>
        </w:rPr>
        <w:t xml:space="preserve">1  </w:t>
      </w:r>
      <w:r>
        <w:rPr>
          <w:b/>
          <w:color w:val="36596A"/>
          <w:sz w:val="21"/>
        </w:rPr>
        <w:t>対象者・説明実施情報</w:t>
      </w:r>
    </w:p>
    <w:tbl>
      <w:tblPr>
        <w:tblW w:w="10093" w:type="dxa"/>
        <w:tblLayout w:type="fixed"/>
        <w:tblLook w:val="04A0" w:firstRow="1" w:lastRow="0" w:firstColumn="1" w:lastColumn="0" w:noHBand="0" w:noVBand="1"/>
      </w:tblPr>
      <w:tblGrid>
        <w:gridCol w:w="1550"/>
        <w:gridCol w:w="3496"/>
        <w:gridCol w:w="1550"/>
        <w:gridCol w:w="3497"/>
      </w:tblGrid>
      <w:tr w:rsidR="00B821F6" w14:paraId="6CBD7DE5" w14:textId="77777777">
        <w:trPr>
          <w:cantSplit/>
          <w:trHeight w:val="430"/>
        </w:trPr>
        <w:tc>
          <w:tcPr>
            <w:tcW w:w="1550" w:type="dxa"/>
            <w:tcBorders>
              <w:top w:val="single" w:sz="6" w:space="0" w:color="AAB6BC"/>
              <w:left w:val="single" w:sz="6" w:space="0" w:color="AAB6BC"/>
              <w:bottom w:val="single" w:sz="6" w:space="0" w:color="AAB6BC"/>
              <w:right w:val="single" w:sz="6" w:space="0" w:color="AAB6BC"/>
            </w:tcBorders>
            <w:shd w:val="clear" w:color="auto" w:fill="EAF0F3"/>
            <w:tcMar>
              <w:top w:w="55" w:type="dxa"/>
              <w:left w:w="95" w:type="dxa"/>
              <w:bottom w:w="55" w:type="dxa"/>
              <w:right w:w="95" w:type="dxa"/>
            </w:tcMar>
          </w:tcPr>
          <w:p w14:paraId="3886DB48" w14:textId="77777777" w:rsidR="00B821F6" w:rsidRDefault="00DD0983">
            <w:pPr>
              <w:spacing w:after="0" w:line="250" w:lineRule="auto"/>
            </w:pPr>
            <w:r>
              <w:rPr>
                <w:b/>
                <w:sz w:val="15"/>
              </w:rPr>
              <w:t>対象者</w:t>
            </w:r>
          </w:p>
        </w:tc>
        <w:tc>
          <w:tcPr>
            <w:tcW w:w="3496" w:type="dxa"/>
            <w:tcBorders>
              <w:top w:val="single" w:sz="6" w:space="0" w:color="AAB6BC"/>
              <w:left w:val="single" w:sz="6" w:space="0" w:color="AAB6BC"/>
              <w:bottom w:val="single" w:sz="6" w:space="0" w:color="AAB6BC"/>
              <w:right w:val="single" w:sz="6" w:space="0" w:color="AAB6BC"/>
            </w:tcBorders>
            <w:tcMar>
              <w:top w:w="55" w:type="dxa"/>
              <w:left w:w="95" w:type="dxa"/>
              <w:bottom w:w="55" w:type="dxa"/>
              <w:right w:w="95" w:type="dxa"/>
            </w:tcMar>
          </w:tcPr>
          <w:p w14:paraId="28972B5B" w14:textId="77777777" w:rsidR="00B821F6" w:rsidRDefault="00DD0983">
            <w:pPr>
              <w:spacing w:after="0" w:line="250" w:lineRule="auto"/>
            </w:pPr>
            <w:r>
              <w:rPr>
                <w:sz w:val="15"/>
              </w:rPr>
              <w:t>氏名：　　　　　　　社員番号：</w:t>
            </w:r>
          </w:p>
        </w:tc>
        <w:tc>
          <w:tcPr>
            <w:tcW w:w="1550" w:type="dxa"/>
            <w:tcBorders>
              <w:top w:val="single" w:sz="6" w:space="0" w:color="AAB6BC"/>
              <w:left w:val="single" w:sz="6" w:space="0" w:color="AAB6BC"/>
              <w:bottom w:val="single" w:sz="6" w:space="0" w:color="AAB6BC"/>
              <w:right w:val="single" w:sz="6" w:space="0" w:color="AAB6BC"/>
            </w:tcBorders>
            <w:shd w:val="clear" w:color="auto" w:fill="EAF0F3"/>
            <w:tcMar>
              <w:top w:w="55" w:type="dxa"/>
              <w:left w:w="95" w:type="dxa"/>
              <w:bottom w:w="55" w:type="dxa"/>
              <w:right w:w="95" w:type="dxa"/>
            </w:tcMar>
          </w:tcPr>
          <w:p w14:paraId="4A66FF80" w14:textId="77777777" w:rsidR="00B821F6" w:rsidRDefault="00DD0983">
            <w:pPr>
              <w:spacing w:after="0" w:line="250" w:lineRule="auto"/>
            </w:pPr>
            <w:r>
              <w:rPr>
                <w:b/>
                <w:sz w:val="15"/>
              </w:rPr>
              <w:t>所属・役職</w:t>
            </w:r>
          </w:p>
        </w:tc>
        <w:tc>
          <w:tcPr>
            <w:tcW w:w="3497" w:type="dxa"/>
            <w:tcBorders>
              <w:top w:val="single" w:sz="6" w:space="0" w:color="AAB6BC"/>
              <w:left w:val="single" w:sz="6" w:space="0" w:color="AAB6BC"/>
              <w:bottom w:val="single" w:sz="6" w:space="0" w:color="AAB6BC"/>
              <w:right w:val="single" w:sz="6" w:space="0" w:color="AAB6BC"/>
            </w:tcBorders>
            <w:tcMar>
              <w:top w:w="55" w:type="dxa"/>
              <w:left w:w="95" w:type="dxa"/>
              <w:bottom w:w="55" w:type="dxa"/>
              <w:right w:w="95" w:type="dxa"/>
            </w:tcMar>
          </w:tcPr>
          <w:p w14:paraId="6C64A93D" w14:textId="77777777" w:rsidR="00B821F6" w:rsidRDefault="00B821F6">
            <w:pPr>
              <w:spacing w:after="0" w:line="250" w:lineRule="auto"/>
            </w:pPr>
          </w:p>
        </w:tc>
      </w:tr>
      <w:tr w:rsidR="00B821F6" w14:paraId="7F5A6E5B" w14:textId="77777777">
        <w:trPr>
          <w:cantSplit/>
          <w:trHeight w:val="520"/>
        </w:trPr>
        <w:tc>
          <w:tcPr>
            <w:tcW w:w="1550" w:type="dxa"/>
            <w:tcBorders>
              <w:top w:val="single" w:sz="6" w:space="0" w:color="AAB6BC"/>
              <w:left w:val="single" w:sz="6" w:space="0" w:color="AAB6BC"/>
              <w:bottom w:val="single" w:sz="6" w:space="0" w:color="AAB6BC"/>
              <w:right w:val="single" w:sz="6" w:space="0" w:color="AAB6BC"/>
            </w:tcBorders>
            <w:shd w:val="clear" w:color="auto" w:fill="EAF0F3"/>
            <w:tcMar>
              <w:top w:w="55" w:type="dxa"/>
              <w:left w:w="95" w:type="dxa"/>
              <w:bottom w:w="55" w:type="dxa"/>
              <w:right w:w="95" w:type="dxa"/>
            </w:tcMar>
          </w:tcPr>
          <w:p w14:paraId="3C93BA65" w14:textId="77777777" w:rsidR="00B821F6" w:rsidRDefault="00DD0983">
            <w:pPr>
              <w:spacing w:after="0" w:line="250" w:lineRule="auto"/>
            </w:pPr>
            <w:r>
              <w:rPr>
                <w:b/>
                <w:sz w:val="15"/>
              </w:rPr>
              <w:t>説明日時</w:t>
            </w:r>
          </w:p>
        </w:tc>
        <w:tc>
          <w:tcPr>
            <w:tcW w:w="3496" w:type="dxa"/>
            <w:tcBorders>
              <w:top w:val="single" w:sz="6" w:space="0" w:color="AAB6BC"/>
              <w:left w:val="single" w:sz="6" w:space="0" w:color="AAB6BC"/>
              <w:bottom w:val="single" w:sz="6" w:space="0" w:color="AAB6BC"/>
              <w:right w:val="single" w:sz="6" w:space="0" w:color="AAB6BC"/>
            </w:tcBorders>
            <w:tcMar>
              <w:top w:w="55" w:type="dxa"/>
              <w:left w:w="95" w:type="dxa"/>
              <w:bottom w:w="55" w:type="dxa"/>
              <w:right w:w="95" w:type="dxa"/>
            </w:tcMar>
          </w:tcPr>
          <w:p w14:paraId="0A628671" w14:textId="77777777" w:rsidR="00B821F6" w:rsidRDefault="00DD0983">
            <w:pPr>
              <w:spacing w:after="0" w:line="250" w:lineRule="auto"/>
            </w:pPr>
            <w:r>
              <w:rPr>
                <w:sz w:val="15"/>
              </w:rPr>
              <w:t xml:space="preserve">　　　年　月　日　　：～　：</w:t>
            </w:r>
          </w:p>
        </w:tc>
        <w:tc>
          <w:tcPr>
            <w:tcW w:w="1550" w:type="dxa"/>
            <w:tcBorders>
              <w:top w:val="single" w:sz="6" w:space="0" w:color="AAB6BC"/>
              <w:left w:val="single" w:sz="6" w:space="0" w:color="AAB6BC"/>
              <w:bottom w:val="single" w:sz="6" w:space="0" w:color="AAB6BC"/>
              <w:right w:val="single" w:sz="6" w:space="0" w:color="AAB6BC"/>
            </w:tcBorders>
            <w:shd w:val="clear" w:color="auto" w:fill="EAF0F3"/>
            <w:tcMar>
              <w:top w:w="55" w:type="dxa"/>
              <w:left w:w="95" w:type="dxa"/>
              <w:bottom w:w="55" w:type="dxa"/>
              <w:right w:w="95" w:type="dxa"/>
            </w:tcMar>
          </w:tcPr>
          <w:p w14:paraId="00CC570D" w14:textId="77777777" w:rsidR="00B821F6" w:rsidRDefault="00DD0983">
            <w:pPr>
              <w:spacing w:after="0" w:line="250" w:lineRule="auto"/>
            </w:pPr>
            <w:r>
              <w:rPr>
                <w:b/>
                <w:sz w:val="15"/>
              </w:rPr>
              <w:t>方法・場所</w:t>
            </w:r>
          </w:p>
        </w:tc>
        <w:tc>
          <w:tcPr>
            <w:tcW w:w="3497" w:type="dxa"/>
            <w:tcBorders>
              <w:top w:val="single" w:sz="6" w:space="0" w:color="AAB6BC"/>
              <w:left w:val="single" w:sz="6" w:space="0" w:color="AAB6BC"/>
              <w:bottom w:val="single" w:sz="6" w:space="0" w:color="AAB6BC"/>
              <w:right w:val="single" w:sz="6" w:space="0" w:color="AAB6BC"/>
            </w:tcBorders>
            <w:tcMar>
              <w:top w:w="55" w:type="dxa"/>
              <w:left w:w="95" w:type="dxa"/>
              <w:bottom w:w="55" w:type="dxa"/>
              <w:right w:w="95" w:type="dxa"/>
            </w:tcMar>
          </w:tcPr>
          <w:p w14:paraId="3A343177" w14:textId="77777777" w:rsidR="00B821F6" w:rsidRDefault="00DD0983">
            <w:pPr>
              <w:spacing w:after="0" w:line="250" w:lineRule="auto"/>
              <w:rPr>
                <w:lang w:eastAsia="ja-JP"/>
              </w:rPr>
            </w:pPr>
            <w:r>
              <w:rPr>
                <w:sz w:val="15"/>
                <w:lang w:eastAsia="ja-JP"/>
              </w:rPr>
              <w:t xml:space="preserve">□ </w:t>
            </w:r>
            <w:r>
              <w:rPr>
                <w:sz w:val="15"/>
                <w:lang w:eastAsia="ja-JP"/>
              </w:rPr>
              <w:t>対面</w:t>
            </w:r>
            <w:r>
              <w:rPr>
                <w:sz w:val="15"/>
                <w:lang w:eastAsia="ja-JP"/>
              </w:rPr>
              <w:t xml:space="preserve"> □ </w:t>
            </w:r>
            <w:r>
              <w:rPr>
                <w:sz w:val="15"/>
                <w:lang w:eastAsia="ja-JP"/>
              </w:rPr>
              <w:t>オンライン</w:t>
            </w:r>
            <w:r>
              <w:rPr>
                <w:sz w:val="15"/>
                <w:lang w:eastAsia="ja-JP"/>
              </w:rPr>
              <w:t xml:space="preserve"> □ </w:t>
            </w:r>
            <w:r>
              <w:rPr>
                <w:sz w:val="15"/>
                <w:lang w:eastAsia="ja-JP"/>
              </w:rPr>
              <w:t>電話</w:t>
            </w:r>
            <w:r>
              <w:rPr>
                <w:sz w:val="15"/>
                <w:lang w:eastAsia="ja-JP"/>
              </w:rPr>
              <w:br/>
            </w:r>
            <w:r>
              <w:rPr>
                <w:sz w:val="15"/>
                <w:lang w:eastAsia="ja-JP"/>
              </w:rPr>
              <w:t>場所：</w:t>
            </w:r>
          </w:p>
        </w:tc>
      </w:tr>
      <w:tr w:rsidR="00B821F6" w14:paraId="5280ED3F" w14:textId="77777777">
        <w:trPr>
          <w:cantSplit/>
          <w:trHeight w:val="430"/>
        </w:trPr>
        <w:tc>
          <w:tcPr>
            <w:tcW w:w="1550" w:type="dxa"/>
            <w:tcBorders>
              <w:top w:val="single" w:sz="6" w:space="0" w:color="AAB6BC"/>
              <w:left w:val="single" w:sz="6" w:space="0" w:color="AAB6BC"/>
              <w:bottom w:val="single" w:sz="6" w:space="0" w:color="AAB6BC"/>
              <w:right w:val="single" w:sz="6" w:space="0" w:color="AAB6BC"/>
            </w:tcBorders>
            <w:shd w:val="clear" w:color="auto" w:fill="EAF0F3"/>
            <w:tcMar>
              <w:top w:w="55" w:type="dxa"/>
              <w:left w:w="95" w:type="dxa"/>
              <w:bottom w:w="55" w:type="dxa"/>
              <w:right w:w="95" w:type="dxa"/>
            </w:tcMar>
          </w:tcPr>
          <w:p w14:paraId="4B489357" w14:textId="77777777" w:rsidR="00B821F6" w:rsidRDefault="00DD0983">
            <w:pPr>
              <w:spacing w:after="0" w:line="250" w:lineRule="auto"/>
            </w:pPr>
            <w:r>
              <w:rPr>
                <w:b/>
                <w:sz w:val="15"/>
              </w:rPr>
              <w:t>説明者</w:t>
            </w:r>
          </w:p>
        </w:tc>
        <w:tc>
          <w:tcPr>
            <w:tcW w:w="3496" w:type="dxa"/>
            <w:tcBorders>
              <w:top w:val="single" w:sz="6" w:space="0" w:color="AAB6BC"/>
              <w:left w:val="single" w:sz="6" w:space="0" w:color="AAB6BC"/>
              <w:bottom w:val="single" w:sz="6" w:space="0" w:color="AAB6BC"/>
              <w:right w:val="single" w:sz="6" w:space="0" w:color="AAB6BC"/>
            </w:tcBorders>
            <w:tcMar>
              <w:top w:w="55" w:type="dxa"/>
              <w:left w:w="95" w:type="dxa"/>
              <w:bottom w:w="55" w:type="dxa"/>
              <w:right w:w="95" w:type="dxa"/>
            </w:tcMar>
          </w:tcPr>
          <w:p w14:paraId="3A495B3B" w14:textId="77777777" w:rsidR="00B821F6" w:rsidRDefault="00DD0983">
            <w:pPr>
              <w:spacing w:after="0" w:line="250" w:lineRule="auto"/>
            </w:pPr>
            <w:r>
              <w:rPr>
                <w:sz w:val="15"/>
              </w:rPr>
              <w:t>部署：　　　　　　　氏名：</w:t>
            </w:r>
          </w:p>
        </w:tc>
        <w:tc>
          <w:tcPr>
            <w:tcW w:w="1550" w:type="dxa"/>
            <w:tcBorders>
              <w:top w:val="single" w:sz="6" w:space="0" w:color="AAB6BC"/>
              <w:left w:val="single" w:sz="6" w:space="0" w:color="AAB6BC"/>
              <w:bottom w:val="single" w:sz="6" w:space="0" w:color="AAB6BC"/>
              <w:right w:val="single" w:sz="6" w:space="0" w:color="AAB6BC"/>
            </w:tcBorders>
            <w:shd w:val="clear" w:color="auto" w:fill="EAF0F3"/>
            <w:tcMar>
              <w:top w:w="55" w:type="dxa"/>
              <w:left w:w="95" w:type="dxa"/>
              <w:bottom w:w="55" w:type="dxa"/>
              <w:right w:w="95" w:type="dxa"/>
            </w:tcMar>
          </w:tcPr>
          <w:p w14:paraId="2B3DAC1E" w14:textId="77777777" w:rsidR="00B821F6" w:rsidRDefault="00DD0983">
            <w:pPr>
              <w:spacing w:after="0" w:line="250" w:lineRule="auto"/>
            </w:pPr>
            <w:r>
              <w:rPr>
                <w:b/>
                <w:sz w:val="15"/>
              </w:rPr>
              <w:t>同席者</w:t>
            </w:r>
          </w:p>
        </w:tc>
        <w:tc>
          <w:tcPr>
            <w:tcW w:w="3497" w:type="dxa"/>
            <w:tcBorders>
              <w:top w:val="single" w:sz="6" w:space="0" w:color="AAB6BC"/>
              <w:left w:val="single" w:sz="6" w:space="0" w:color="AAB6BC"/>
              <w:bottom w:val="single" w:sz="6" w:space="0" w:color="AAB6BC"/>
              <w:right w:val="single" w:sz="6" w:space="0" w:color="AAB6BC"/>
            </w:tcBorders>
            <w:tcMar>
              <w:top w:w="55" w:type="dxa"/>
              <w:left w:w="95" w:type="dxa"/>
              <w:bottom w:w="55" w:type="dxa"/>
              <w:right w:w="95" w:type="dxa"/>
            </w:tcMar>
          </w:tcPr>
          <w:p w14:paraId="7800D1E3" w14:textId="77777777" w:rsidR="00B821F6" w:rsidRDefault="00DD0983">
            <w:pPr>
              <w:spacing w:after="0" w:line="250" w:lineRule="auto"/>
            </w:pPr>
            <w:r>
              <w:rPr>
                <w:sz w:val="15"/>
              </w:rPr>
              <w:t>氏名・役割：</w:t>
            </w:r>
          </w:p>
        </w:tc>
      </w:tr>
      <w:tr w:rsidR="00B821F6" w14:paraId="6DDDD8D5" w14:textId="77777777">
        <w:trPr>
          <w:cantSplit/>
          <w:trHeight w:val="430"/>
        </w:trPr>
        <w:tc>
          <w:tcPr>
            <w:tcW w:w="1550" w:type="dxa"/>
            <w:tcBorders>
              <w:top w:val="single" w:sz="6" w:space="0" w:color="AAB6BC"/>
              <w:left w:val="single" w:sz="6" w:space="0" w:color="AAB6BC"/>
              <w:bottom w:val="single" w:sz="6" w:space="0" w:color="AAB6BC"/>
              <w:right w:val="single" w:sz="6" w:space="0" w:color="AAB6BC"/>
            </w:tcBorders>
            <w:shd w:val="clear" w:color="auto" w:fill="EAF0F3"/>
            <w:tcMar>
              <w:top w:w="55" w:type="dxa"/>
              <w:left w:w="95" w:type="dxa"/>
              <w:bottom w:w="55" w:type="dxa"/>
              <w:right w:w="95" w:type="dxa"/>
            </w:tcMar>
          </w:tcPr>
          <w:p w14:paraId="371A666D" w14:textId="77777777" w:rsidR="00B821F6" w:rsidRDefault="00DD0983">
            <w:pPr>
              <w:spacing w:after="0" w:line="250" w:lineRule="auto"/>
            </w:pPr>
            <w:r>
              <w:rPr>
                <w:b/>
                <w:sz w:val="15"/>
              </w:rPr>
              <w:t>関連書類</w:t>
            </w:r>
          </w:p>
        </w:tc>
        <w:tc>
          <w:tcPr>
            <w:tcW w:w="3496" w:type="dxa"/>
            <w:tcBorders>
              <w:top w:val="single" w:sz="6" w:space="0" w:color="AAB6BC"/>
              <w:left w:val="single" w:sz="6" w:space="0" w:color="AAB6BC"/>
              <w:bottom w:val="single" w:sz="6" w:space="0" w:color="AAB6BC"/>
              <w:right w:val="single" w:sz="6" w:space="0" w:color="AAB6BC"/>
            </w:tcBorders>
            <w:tcMar>
              <w:top w:w="55" w:type="dxa"/>
              <w:left w:w="95" w:type="dxa"/>
              <w:bottom w:w="55" w:type="dxa"/>
              <w:right w:w="95" w:type="dxa"/>
            </w:tcMar>
          </w:tcPr>
          <w:p w14:paraId="0AD82397" w14:textId="77777777" w:rsidR="00B821F6" w:rsidRDefault="00DD0983">
            <w:pPr>
              <w:spacing w:after="0" w:line="250" w:lineRule="auto"/>
            </w:pPr>
            <w:r>
              <w:rPr>
                <w:sz w:val="15"/>
              </w:rPr>
              <w:t>休職申請日：　　　年　月　日</w:t>
            </w:r>
          </w:p>
        </w:tc>
        <w:tc>
          <w:tcPr>
            <w:tcW w:w="1550" w:type="dxa"/>
            <w:tcBorders>
              <w:top w:val="single" w:sz="6" w:space="0" w:color="AAB6BC"/>
              <w:left w:val="single" w:sz="6" w:space="0" w:color="AAB6BC"/>
              <w:bottom w:val="single" w:sz="6" w:space="0" w:color="AAB6BC"/>
              <w:right w:val="single" w:sz="6" w:space="0" w:color="AAB6BC"/>
            </w:tcBorders>
            <w:shd w:val="clear" w:color="auto" w:fill="EAF0F3"/>
            <w:tcMar>
              <w:top w:w="55" w:type="dxa"/>
              <w:left w:w="95" w:type="dxa"/>
              <w:bottom w:w="55" w:type="dxa"/>
              <w:right w:w="95" w:type="dxa"/>
            </w:tcMar>
          </w:tcPr>
          <w:p w14:paraId="20DA0FFB" w14:textId="77777777" w:rsidR="00B821F6" w:rsidRDefault="00DD0983">
            <w:pPr>
              <w:spacing w:after="0" w:line="250" w:lineRule="auto"/>
            </w:pPr>
            <w:r>
              <w:rPr>
                <w:b/>
                <w:sz w:val="15"/>
              </w:rPr>
              <w:t>決定通知</w:t>
            </w:r>
          </w:p>
        </w:tc>
        <w:tc>
          <w:tcPr>
            <w:tcW w:w="3497" w:type="dxa"/>
            <w:tcBorders>
              <w:top w:val="single" w:sz="6" w:space="0" w:color="AAB6BC"/>
              <w:left w:val="single" w:sz="6" w:space="0" w:color="AAB6BC"/>
              <w:bottom w:val="single" w:sz="6" w:space="0" w:color="AAB6BC"/>
              <w:right w:val="single" w:sz="6" w:space="0" w:color="AAB6BC"/>
            </w:tcBorders>
            <w:tcMar>
              <w:top w:w="55" w:type="dxa"/>
              <w:left w:w="95" w:type="dxa"/>
              <w:bottom w:w="55" w:type="dxa"/>
              <w:right w:w="95" w:type="dxa"/>
            </w:tcMar>
          </w:tcPr>
          <w:p w14:paraId="68A3C588" w14:textId="77777777" w:rsidR="00B821F6" w:rsidRDefault="00DD0983">
            <w:pPr>
              <w:spacing w:after="0" w:line="250" w:lineRule="auto"/>
            </w:pPr>
            <w:r>
              <w:rPr>
                <w:sz w:val="15"/>
              </w:rPr>
              <w:t>通知日：　　　年　月　日</w:t>
            </w:r>
          </w:p>
        </w:tc>
      </w:tr>
      <w:tr w:rsidR="00B821F6" w14:paraId="3F7D41E8" w14:textId="77777777">
        <w:trPr>
          <w:cantSplit/>
          <w:trHeight w:val="430"/>
        </w:trPr>
        <w:tc>
          <w:tcPr>
            <w:tcW w:w="1550" w:type="dxa"/>
            <w:tcBorders>
              <w:top w:val="single" w:sz="6" w:space="0" w:color="AAB6BC"/>
              <w:left w:val="single" w:sz="6" w:space="0" w:color="AAB6BC"/>
              <w:bottom w:val="single" w:sz="6" w:space="0" w:color="AAB6BC"/>
              <w:right w:val="single" w:sz="6" w:space="0" w:color="AAB6BC"/>
            </w:tcBorders>
            <w:shd w:val="clear" w:color="auto" w:fill="EAF0F3"/>
            <w:tcMar>
              <w:top w:w="55" w:type="dxa"/>
              <w:left w:w="95" w:type="dxa"/>
              <w:bottom w:w="55" w:type="dxa"/>
              <w:right w:w="95" w:type="dxa"/>
            </w:tcMar>
          </w:tcPr>
          <w:p w14:paraId="72D448D4" w14:textId="77777777" w:rsidR="00B821F6" w:rsidRDefault="00DD0983">
            <w:pPr>
              <w:spacing w:after="0" w:line="250" w:lineRule="auto"/>
            </w:pPr>
            <w:r>
              <w:rPr>
                <w:b/>
                <w:sz w:val="15"/>
              </w:rPr>
              <w:t>本人の状態</w:t>
            </w:r>
          </w:p>
        </w:tc>
        <w:tc>
          <w:tcPr>
            <w:tcW w:w="3496" w:type="dxa"/>
            <w:tcBorders>
              <w:top w:val="single" w:sz="6" w:space="0" w:color="AAB6BC"/>
              <w:left w:val="single" w:sz="6" w:space="0" w:color="AAB6BC"/>
              <w:bottom w:val="single" w:sz="6" w:space="0" w:color="AAB6BC"/>
              <w:right w:val="single" w:sz="6" w:space="0" w:color="AAB6BC"/>
            </w:tcBorders>
            <w:tcMar>
              <w:top w:w="55" w:type="dxa"/>
              <w:left w:w="95" w:type="dxa"/>
              <w:bottom w:w="55" w:type="dxa"/>
              <w:right w:w="95" w:type="dxa"/>
            </w:tcMar>
          </w:tcPr>
          <w:p w14:paraId="54FAEB1E" w14:textId="77777777" w:rsidR="00B821F6" w:rsidRDefault="00DD0983">
            <w:pPr>
              <w:spacing w:after="0" w:line="250" w:lineRule="auto"/>
            </w:pPr>
            <w:r>
              <w:rPr>
                <w:sz w:val="15"/>
              </w:rPr>
              <w:t xml:space="preserve">□ </w:t>
            </w:r>
            <w:r>
              <w:rPr>
                <w:sz w:val="15"/>
              </w:rPr>
              <w:t>一括説明可</w:t>
            </w:r>
            <w:r>
              <w:rPr>
                <w:sz w:val="15"/>
              </w:rPr>
              <w:t xml:space="preserve"> □ </w:t>
            </w:r>
            <w:r>
              <w:rPr>
                <w:sz w:val="15"/>
              </w:rPr>
              <w:t>分割説明</w:t>
            </w:r>
            <w:r>
              <w:rPr>
                <w:sz w:val="15"/>
              </w:rPr>
              <w:t xml:space="preserve"> □ </w:t>
            </w:r>
            <w:r>
              <w:rPr>
                <w:sz w:val="15"/>
              </w:rPr>
              <w:t>代理人同席</w:t>
            </w:r>
          </w:p>
        </w:tc>
        <w:tc>
          <w:tcPr>
            <w:tcW w:w="1550" w:type="dxa"/>
            <w:tcBorders>
              <w:top w:val="single" w:sz="6" w:space="0" w:color="AAB6BC"/>
              <w:left w:val="single" w:sz="6" w:space="0" w:color="AAB6BC"/>
              <w:bottom w:val="single" w:sz="6" w:space="0" w:color="AAB6BC"/>
              <w:right w:val="single" w:sz="6" w:space="0" w:color="AAB6BC"/>
            </w:tcBorders>
            <w:shd w:val="clear" w:color="auto" w:fill="EAF0F3"/>
            <w:tcMar>
              <w:top w:w="55" w:type="dxa"/>
              <w:left w:w="95" w:type="dxa"/>
              <w:bottom w:w="55" w:type="dxa"/>
              <w:right w:w="95" w:type="dxa"/>
            </w:tcMar>
          </w:tcPr>
          <w:p w14:paraId="391AD2B6" w14:textId="77777777" w:rsidR="00B821F6" w:rsidRDefault="00DD0983">
            <w:pPr>
              <w:spacing w:after="0" w:line="250" w:lineRule="auto"/>
            </w:pPr>
            <w:r>
              <w:rPr>
                <w:b/>
                <w:sz w:val="15"/>
              </w:rPr>
              <w:t>次回説明</w:t>
            </w:r>
          </w:p>
        </w:tc>
        <w:tc>
          <w:tcPr>
            <w:tcW w:w="3497" w:type="dxa"/>
            <w:tcBorders>
              <w:top w:val="single" w:sz="6" w:space="0" w:color="AAB6BC"/>
              <w:left w:val="single" w:sz="6" w:space="0" w:color="AAB6BC"/>
              <w:bottom w:val="single" w:sz="6" w:space="0" w:color="AAB6BC"/>
              <w:right w:val="single" w:sz="6" w:space="0" w:color="AAB6BC"/>
            </w:tcBorders>
            <w:tcMar>
              <w:top w:w="55" w:type="dxa"/>
              <w:left w:w="95" w:type="dxa"/>
              <w:bottom w:w="55" w:type="dxa"/>
              <w:right w:w="95" w:type="dxa"/>
            </w:tcMar>
          </w:tcPr>
          <w:p w14:paraId="551270C6" w14:textId="77777777" w:rsidR="00B821F6" w:rsidRDefault="00DD0983">
            <w:pPr>
              <w:spacing w:after="0" w:line="250" w:lineRule="auto"/>
            </w:pPr>
            <w:r>
              <w:rPr>
                <w:sz w:val="15"/>
              </w:rPr>
              <w:t xml:space="preserve">□ </w:t>
            </w:r>
            <w:r>
              <w:rPr>
                <w:sz w:val="15"/>
              </w:rPr>
              <w:t>不要</w:t>
            </w:r>
            <w:r>
              <w:rPr>
                <w:sz w:val="15"/>
              </w:rPr>
              <w:t xml:space="preserve"> □ </w:t>
            </w:r>
            <w:r>
              <w:rPr>
                <w:sz w:val="15"/>
              </w:rPr>
              <w:t>要　　年　月　日</w:t>
            </w:r>
          </w:p>
        </w:tc>
      </w:tr>
    </w:tbl>
    <w:p w14:paraId="4356434A" w14:textId="77777777" w:rsidR="00B821F6" w:rsidRDefault="00DD0983">
      <w:pPr>
        <w:keepNext/>
        <w:shd w:val="clear" w:color="auto" w:fill="EAF0F3"/>
        <w:spacing w:before="80" w:line="240" w:lineRule="auto"/>
        <w:ind w:left="85"/>
        <w:rPr>
          <w:lang w:eastAsia="ja-JP"/>
        </w:rPr>
      </w:pPr>
      <w:r>
        <w:rPr>
          <w:b/>
          <w:color w:val="36596A"/>
          <w:sz w:val="21"/>
          <w:lang w:eastAsia="ja-JP"/>
        </w:rPr>
        <w:t xml:space="preserve">2  </w:t>
      </w:r>
      <w:r>
        <w:rPr>
          <w:b/>
          <w:color w:val="36596A"/>
          <w:sz w:val="21"/>
          <w:lang w:eastAsia="ja-JP"/>
        </w:rPr>
        <w:t>休職の開始・期間・法的位置づけ</w:t>
      </w:r>
    </w:p>
    <w:tbl>
      <w:tblPr>
        <w:tblW w:w="10093" w:type="dxa"/>
        <w:tblLayout w:type="fixed"/>
        <w:tblLook w:val="04A0" w:firstRow="1" w:lastRow="0" w:firstColumn="1" w:lastColumn="0" w:noHBand="0" w:noVBand="1"/>
      </w:tblPr>
      <w:tblGrid>
        <w:gridCol w:w="2500"/>
        <w:gridCol w:w="7593"/>
      </w:tblGrid>
      <w:tr w:rsidR="00B821F6" w14:paraId="1B17C14F" w14:textId="77777777">
        <w:trPr>
          <w:cantSplit/>
          <w:trHeight w:val="430"/>
        </w:trPr>
        <w:tc>
          <w:tcPr>
            <w:tcW w:w="2500" w:type="dxa"/>
            <w:tcBorders>
              <w:top w:val="single" w:sz="6" w:space="0" w:color="AAB6BC"/>
              <w:left w:val="single" w:sz="6" w:space="0" w:color="AAB6BC"/>
              <w:bottom w:val="single" w:sz="6" w:space="0" w:color="AAB6BC"/>
              <w:right w:val="single" w:sz="6" w:space="0" w:color="AAB6BC"/>
            </w:tcBorders>
            <w:shd w:val="clear" w:color="auto" w:fill="EAF0F3"/>
            <w:tcMar>
              <w:top w:w="55" w:type="dxa"/>
              <w:left w:w="95" w:type="dxa"/>
              <w:bottom w:w="55" w:type="dxa"/>
              <w:right w:w="95" w:type="dxa"/>
            </w:tcMar>
          </w:tcPr>
          <w:p w14:paraId="5F6037D6" w14:textId="77777777" w:rsidR="00B821F6" w:rsidRDefault="00DD0983">
            <w:pPr>
              <w:spacing w:after="0" w:line="250" w:lineRule="auto"/>
            </w:pPr>
            <w:r>
              <w:rPr>
                <w:b/>
                <w:sz w:val="15"/>
              </w:rPr>
              <w:t>休職開始日</w:t>
            </w:r>
          </w:p>
        </w:tc>
        <w:tc>
          <w:tcPr>
            <w:tcW w:w="7593" w:type="dxa"/>
            <w:tcBorders>
              <w:top w:val="single" w:sz="6" w:space="0" w:color="AAB6BC"/>
              <w:left w:val="single" w:sz="6" w:space="0" w:color="AAB6BC"/>
              <w:bottom w:val="single" w:sz="6" w:space="0" w:color="AAB6BC"/>
              <w:right w:val="single" w:sz="6" w:space="0" w:color="AAB6BC"/>
            </w:tcBorders>
            <w:tcMar>
              <w:top w:w="55" w:type="dxa"/>
              <w:left w:w="95" w:type="dxa"/>
              <w:bottom w:w="55" w:type="dxa"/>
              <w:right w:w="95" w:type="dxa"/>
            </w:tcMar>
          </w:tcPr>
          <w:p w14:paraId="094AF14D" w14:textId="77777777" w:rsidR="00B821F6" w:rsidRDefault="00DD0983">
            <w:pPr>
              <w:spacing w:after="0" w:line="250" w:lineRule="auto"/>
            </w:pPr>
            <w:r>
              <w:rPr>
                <w:sz w:val="14"/>
              </w:rPr>
              <w:t xml:space="preserve">□ </w:t>
            </w:r>
            <w:r>
              <w:rPr>
                <w:sz w:val="14"/>
              </w:rPr>
              <w:t>説明済</w:t>
            </w:r>
            <w:r>
              <w:rPr>
                <w:sz w:val="14"/>
              </w:rPr>
              <w:t xml:space="preserve"> □ </w:t>
            </w:r>
            <w:r>
              <w:rPr>
                <w:sz w:val="14"/>
              </w:rPr>
              <w:t>確認済　　年　月　日　／</w:t>
            </w:r>
            <w:r>
              <w:rPr>
                <w:sz w:val="14"/>
              </w:rPr>
              <w:t xml:space="preserve"> </w:t>
            </w:r>
            <w:r>
              <w:rPr>
                <w:sz w:val="14"/>
              </w:rPr>
              <w:t>最終出勤日：　　　年　月　日</w:t>
            </w:r>
          </w:p>
        </w:tc>
      </w:tr>
      <w:tr w:rsidR="00B821F6" w14:paraId="2238CF30" w14:textId="77777777">
        <w:trPr>
          <w:cantSplit/>
          <w:trHeight w:val="430"/>
        </w:trPr>
        <w:tc>
          <w:tcPr>
            <w:tcW w:w="2500" w:type="dxa"/>
            <w:tcBorders>
              <w:top w:val="single" w:sz="6" w:space="0" w:color="AAB6BC"/>
              <w:left w:val="single" w:sz="6" w:space="0" w:color="AAB6BC"/>
              <w:bottom w:val="single" w:sz="6" w:space="0" w:color="AAB6BC"/>
              <w:right w:val="single" w:sz="6" w:space="0" w:color="AAB6BC"/>
            </w:tcBorders>
            <w:shd w:val="clear" w:color="auto" w:fill="EAF0F3"/>
            <w:tcMar>
              <w:top w:w="55" w:type="dxa"/>
              <w:left w:w="95" w:type="dxa"/>
              <w:bottom w:w="55" w:type="dxa"/>
              <w:right w:w="95" w:type="dxa"/>
            </w:tcMar>
          </w:tcPr>
          <w:p w14:paraId="795FBF39" w14:textId="77777777" w:rsidR="00B821F6" w:rsidRDefault="00DD0983">
            <w:pPr>
              <w:spacing w:after="0" w:line="250" w:lineRule="auto"/>
            </w:pPr>
            <w:r>
              <w:rPr>
                <w:b/>
                <w:sz w:val="15"/>
              </w:rPr>
              <w:t>今回の休職期間</w:t>
            </w:r>
          </w:p>
        </w:tc>
        <w:tc>
          <w:tcPr>
            <w:tcW w:w="7593" w:type="dxa"/>
            <w:tcBorders>
              <w:top w:val="single" w:sz="6" w:space="0" w:color="AAB6BC"/>
              <w:left w:val="single" w:sz="6" w:space="0" w:color="AAB6BC"/>
              <w:bottom w:val="single" w:sz="6" w:space="0" w:color="AAB6BC"/>
              <w:right w:val="single" w:sz="6" w:space="0" w:color="AAB6BC"/>
            </w:tcBorders>
            <w:tcMar>
              <w:top w:w="55" w:type="dxa"/>
              <w:left w:w="95" w:type="dxa"/>
              <w:bottom w:w="55" w:type="dxa"/>
              <w:right w:w="95" w:type="dxa"/>
            </w:tcMar>
          </w:tcPr>
          <w:p w14:paraId="6937F181" w14:textId="77777777" w:rsidR="00B821F6" w:rsidRDefault="00DD0983">
            <w:pPr>
              <w:spacing w:after="0" w:line="250" w:lineRule="auto"/>
            </w:pPr>
            <w:r>
              <w:rPr>
                <w:sz w:val="14"/>
              </w:rPr>
              <w:t xml:space="preserve">□ </w:t>
            </w:r>
            <w:r>
              <w:rPr>
                <w:sz w:val="14"/>
              </w:rPr>
              <w:t>説明済</w:t>
            </w:r>
            <w:r>
              <w:rPr>
                <w:sz w:val="14"/>
              </w:rPr>
              <w:t xml:space="preserve"> □ </w:t>
            </w:r>
            <w:r>
              <w:rPr>
                <w:sz w:val="14"/>
              </w:rPr>
              <w:t>確認済　　年　月　日</w:t>
            </w:r>
            <w:r>
              <w:rPr>
                <w:sz w:val="14"/>
              </w:rPr>
              <w:t xml:space="preserve"> </w:t>
            </w:r>
            <w:r>
              <w:rPr>
                <w:sz w:val="14"/>
              </w:rPr>
              <w:t>～　　　年　月　日</w:t>
            </w:r>
          </w:p>
        </w:tc>
      </w:tr>
      <w:tr w:rsidR="00B821F6" w14:paraId="52CAFAE9" w14:textId="77777777">
        <w:trPr>
          <w:cantSplit/>
          <w:trHeight w:val="430"/>
        </w:trPr>
        <w:tc>
          <w:tcPr>
            <w:tcW w:w="2500" w:type="dxa"/>
            <w:tcBorders>
              <w:top w:val="single" w:sz="6" w:space="0" w:color="AAB6BC"/>
              <w:left w:val="single" w:sz="6" w:space="0" w:color="AAB6BC"/>
              <w:bottom w:val="single" w:sz="6" w:space="0" w:color="AAB6BC"/>
              <w:right w:val="single" w:sz="6" w:space="0" w:color="AAB6BC"/>
            </w:tcBorders>
            <w:shd w:val="clear" w:color="auto" w:fill="EAF0F3"/>
            <w:tcMar>
              <w:top w:w="55" w:type="dxa"/>
              <w:left w:w="95" w:type="dxa"/>
              <w:bottom w:w="55" w:type="dxa"/>
              <w:right w:w="95" w:type="dxa"/>
            </w:tcMar>
          </w:tcPr>
          <w:p w14:paraId="7871186F" w14:textId="77777777" w:rsidR="00B821F6" w:rsidRDefault="00DD0983">
            <w:pPr>
              <w:spacing w:after="0" w:line="250" w:lineRule="auto"/>
            </w:pPr>
            <w:r>
              <w:rPr>
                <w:b/>
                <w:sz w:val="15"/>
              </w:rPr>
              <w:t>規定上の満了日</w:t>
            </w:r>
          </w:p>
        </w:tc>
        <w:tc>
          <w:tcPr>
            <w:tcW w:w="7593" w:type="dxa"/>
            <w:tcBorders>
              <w:top w:val="single" w:sz="6" w:space="0" w:color="AAB6BC"/>
              <w:left w:val="single" w:sz="6" w:space="0" w:color="AAB6BC"/>
              <w:bottom w:val="single" w:sz="6" w:space="0" w:color="AAB6BC"/>
              <w:right w:val="single" w:sz="6" w:space="0" w:color="AAB6BC"/>
            </w:tcBorders>
            <w:tcMar>
              <w:top w:w="55" w:type="dxa"/>
              <w:left w:w="95" w:type="dxa"/>
              <w:bottom w:w="55" w:type="dxa"/>
              <w:right w:w="95" w:type="dxa"/>
            </w:tcMar>
          </w:tcPr>
          <w:p w14:paraId="25C35CC7" w14:textId="77777777" w:rsidR="00B821F6" w:rsidRDefault="00DD0983">
            <w:pPr>
              <w:spacing w:after="0" w:line="250" w:lineRule="auto"/>
              <w:rPr>
                <w:lang w:eastAsia="ja-JP"/>
              </w:rPr>
            </w:pPr>
            <w:r>
              <w:rPr>
                <w:sz w:val="14"/>
                <w:lang w:eastAsia="ja-JP"/>
              </w:rPr>
              <w:t xml:space="preserve">□ </w:t>
            </w:r>
            <w:r>
              <w:rPr>
                <w:sz w:val="14"/>
                <w:lang w:eastAsia="ja-JP"/>
              </w:rPr>
              <w:t>説明済</w:t>
            </w:r>
            <w:r>
              <w:rPr>
                <w:sz w:val="14"/>
                <w:lang w:eastAsia="ja-JP"/>
              </w:rPr>
              <w:t xml:space="preserve"> □ </w:t>
            </w:r>
            <w:r>
              <w:rPr>
                <w:sz w:val="14"/>
                <w:lang w:eastAsia="ja-JP"/>
              </w:rPr>
              <w:t xml:space="preserve">確認済　　年　月　日　</w:t>
            </w:r>
            <w:r>
              <w:rPr>
                <w:sz w:val="14"/>
                <w:lang w:eastAsia="ja-JP"/>
              </w:rPr>
              <w:t>※</w:t>
            </w:r>
            <w:r>
              <w:rPr>
                <w:sz w:val="14"/>
                <w:lang w:eastAsia="ja-JP"/>
              </w:rPr>
              <w:t>今回の休職期間とは別に記録</w:t>
            </w:r>
          </w:p>
        </w:tc>
      </w:tr>
      <w:tr w:rsidR="00B821F6" w14:paraId="14C31530" w14:textId="77777777">
        <w:trPr>
          <w:cantSplit/>
          <w:trHeight w:val="520"/>
        </w:trPr>
        <w:tc>
          <w:tcPr>
            <w:tcW w:w="2500" w:type="dxa"/>
            <w:tcBorders>
              <w:top w:val="single" w:sz="6" w:space="0" w:color="AAB6BC"/>
              <w:left w:val="single" w:sz="6" w:space="0" w:color="AAB6BC"/>
              <w:bottom w:val="single" w:sz="6" w:space="0" w:color="AAB6BC"/>
              <w:right w:val="single" w:sz="6" w:space="0" w:color="AAB6BC"/>
            </w:tcBorders>
            <w:shd w:val="clear" w:color="auto" w:fill="EAF0F3"/>
            <w:tcMar>
              <w:top w:w="55" w:type="dxa"/>
              <w:left w:w="95" w:type="dxa"/>
              <w:bottom w:w="55" w:type="dxa"/>
              <w:right w:w="95" w:type="dxa"/>
            </w:tcMar>
          </w:tcPr>
          <w:p w14:paraId="50089476" w14:textId="77777777" w:rsidR="00B821F6" w:rsidRDefault="00DD0983">
            <w:pPr>
              <w:spacing w:after="0" w:line="250" w:lineRule="auto"/>
            </w:pPr>
            <w:r>
              <w:rPr>
                <w:b/>
                <w:sz w:val="15"/>
              </w:rPr>
              <w:t>休職中の取扱い</w:t>
            </w:r>
          </w:p>
        </w:tc>
        <w:tc>
          <w:tcPr>
            <w:tcW w:w="7593" w:type="dxa"/>
            <w:tcBorders>
              <w:top w:val="single" w:sz="6" w:space="0" w:color="AAB6BC"/>
              <w:left w:val="single" w:sz="6" w:space="0" w:color="AAB6BC"/>
              <w:bottom w:val="single" w:sz="6" w:space="0" w:color="AAB6BC"/>
              <w:right w:val="single" w:sz="6" w:space="0" w:color="AAB6BC"/>
            </w:tcBorders>
            <w:tcMar>
              <w:top w:w="55" w:type="dxa"/>
              <w:left w:w="95" w:type="dxa"/>
              <w:bottom w:w="55" w:type="dxa"/>
              <w:right w:w="95" w:type="dxa"/>
            </w:tcMar>
          </w:tcPr>
          <w:p w14:paraId="74344835" w14:textId="77777777" w:rsidR="00B821F6" w:rsidRDefault="00DD0983">
            <w:pPr>
              <w:spacing w:after="0" w:line="250" w:lineRule="auto"/>
              <w:rPr>
                <w:lang w:eastAsia="ja-JP"/>
              </w:rPr>
            </w:pPr>
            <w:r>
              <w:rPr>
                <w:sz w:val="14"/>
                <w:lang w:eastAsia="ja-JP"/>
              </w:rPr>
              <w:t xml:space="preserve">□ </w:t>
            </w:r>
            <w:r>
              <w:rPr>
                <w:sz w:val="14"/>
                <w:lang w:eastAsia="ja-JP"/>
              </w:rPr>
              <w:t>労務提供を免除する期間であることを説明</w:t>
            </w:r>
            <w:r>
              <w:rPr>
                <w:sz w:val="14"/>
                <w:lang w:eastAsia="ja-JP"/>
              </w:rPr>
              <w:br/>
              <w:t xml:space="preserve">□ </w:t>
            </w:r>
            <w:r>
              <w:rPr>
                <w:sz w:val="14"/>
                <w:lang w:eastAsia="ja-JP"/>
              </w:rPr>
              <w:t>業務指示・成果物提出を求めないことを説明</w:t>
            </w:r>
          </w:p>
        </w:tc>
      </w:tr>
      <w:tr w:rsidR="00B821F6" w14:paraId="41DE1B1C" w14:textId="77777777">
        <w:trPr>
          <w:cantSplit/>
          <w:trHeight w:val="540"/>
        </w:trPr>
        <w:tc>
          <w:tcPr>
            <w:tcW w:w="2500" w:type="dxa"/>
            <w:tcBorders>
              <w:top w:val="single" w:sz="6" w:space="0" w:color="AAB6BC"/>
              <w:left w:val="single" w:sz="6" w:space="0" w:color="AAB6BC"/>
              <w:bottom w:val="single" w:sz="6" w:space="0" w:color="AAB6BC"/>
              <w:right w:val="single" w:sz="6" w:space="0" w:color="AAB6BC"/>
            </w:tcBorders>
            <w:shd w:val="clear" w:color="auto" w:fill="EAF0F3"/>
            <w:tcMar>
              <w:top w:w="55" w:type="dxa"/>
              <w:left w:w="95" w:type="dxa"/>
              <w:bottom w:w="55" w:type="dxa"/>
              <w:right w:w="95" w:type="dxa"/>
            </w:tcMar>
          </w:tcPr>
          <w:p w14:paraId="1B1096B3" w14:textId="77777777" w:rsidR="00B821F6" w:rsidRDefault="00DD0983">
            <w:pPr>
              <w:spacing w:after="0" w:line="250" w:lineRule="auto"/>
            </w:pPr>
            <w:r>
              <w:rPr>
                <w:b/>
                <w:sz w:val="15"/>
              </w:rPr>
              <w:t>期間延長</w:t>
            </w:r>
          </w:p>
        </w:tc>
        <w:tc>
          <w:tcPr>
            <w:tcW w:w="7593" w:type="dxa"/>
            <w:tcBorders>
              <w:top w:val="single" w:sz="6" w:space="0" w:color="AAB6BC"/>
              <w:left w:val="single" w:sz="6" w:space="0" w:color="AAB6BC"/>
              <w:bottom w:val="single" w:sz="6" w:space="0" w:color="AAB6BC"/>
              <w:right w:val="single" w:sz="6" w:space="0" w:color="AAB6BC"/>
            </w:tcBorders>
            <w:tcMar>
              <w:top w:w="55" w:type="dxa"/>
              <w:left w:w="95" w:type="dxa"/>
              <w:bottom w:w="55" w:type="dxa"/>
              <w:right w:w="95" w:type="dxa"/>
            </w:tcMar>
          </w:tcPr>
          <w:p w14:paraId="667216B5" w14:textId="77777777" w:rsidR="00B821F6" w:rsidRDefault="00DD0983">
            <w:pPr>
              <w:spacing w:after="0" w:line="250" w:lineRule="auto"/>
              <w:rPr>
                <w:lang w:eastAsia="ja-JP"/>
              </w:rPr>
            </w:pPr>
            <w:r>
              <w:rPr>
                <w:sz w:val="14"/>
                <w:lang w:eastAsia="ja-JP"/>
              </w:rPr>
              <w:t xml:space="preserve">□ </w:t>
            </w:r>
            <w:r>
              <w:rPr>
                <w:sz w:val="14"/>
                <w:lang w:eastAsia="ja-JP"/>
              </w:rPr>
              <w:t>申請期限</w:t>
            </w:r>
            <w:r>
              <w:rPr>
                <w:sz w:val="14"/>
                <w:lang w:eastAsia="ja-JP"/>
              </w:rPr>
              <w:t xml:space="preserve"> □ </w:t>
            </w:r>
            <w:r>
              <w:rPr>
                <w:sz w:val="14"/>
                <w:lang w:eastAsia="ja-JP"/>
              </w:rPr>
              <w:t>必要書類</w:t>
            </w:r>
            <w:r>
              <w:rPr>
                <w:sz w:val="14"/>
                <w:lang w:eastAsia="ja-JP"/>
              </w:rPr>
              <w:t xml:space="preserve"> □ </w:t>
            </w:r>
            <w:r>
              <w:rPr>
                <w:sz w:val="14"/>
                <w:lang w:eastAsia="ja-JP"/>
              </w:rPr>
              <w:t>会社審査</w:t>
            </w:r>
            <w:r>
              <w:rPr>
                <w:sz w:val="14"/>
                <w:lang w:eastAsia="ja-JP"/>
              </w:rPr>
              <w:t xml:space="preserve"> □ </w:t>
            </w:r>
            <w:r>
              <w:rPr>
                <w:sz w:val="14"/>
                <w:lang w:eastAsia="ja-JP"/>
              </w:rPr>
              <w:t>延長回数・通算規定</w:t>
            </w:r>
            <w:r>
              <w:rPr>
                <w:sz w:val="14"/>
                <w:lang w:eastAsia="ja-JP"/>
              </w:rPr>
              <w:br/>
            </w:r>
            <w:r>
              <w:rPr>
                <w:sz w:val="14"/>
                <w:lang w:eastAsia="ja-JP"/>
              </w:rPr>
              <w:t>期限・窓口：</w:t>
            </w:r>
          </w:p>
        </w:tc>
      </w:tr>
      <w:tr w:rsidR="00B821F6" w14:paraId="568651AE" w14:textId="77777777">
        <w:trPr>
          <w:cantSplit/>
          <w:trHeight w:val="620"/>
        </w:trPr>
        <w:tc>
          <w:tcPr>
            <w:tcW w:w="2500" w:type="dxa"/>
            <w:tcBorders>
              <w:top w:val="single" w:sz="6" w:space="0" w:color="AAB6BC"/>
              <w:left w:val="single" w:sz="6" w:space="0" w:color="AAB6BC"/>
              <w:bottom w:val="single" w:sz="6" w:space="0" w:color="AAB6BC"/>
              <w:right w:val="single" w:sz="6" w:space="0" w:color="AAB6BC"/>
            </w:tcBorders>
            <w:shd w:val="clear" w:color="auto" w:fill="EAF0F3"/>
            <w:tcMar>
              <w:top w:w="55" w:type="dxa"/>
              <w:left w:w="95" w:type="dxa"/>
              <w:bottom w:w="55" w:type="dxa"/>
              <w:right w:w="95" w:type="dxa"/>
            </w:tcMar>
          </w:tcPr>
          <w:p w14:paraId="00C2D698" w14:textId="77777777" w:rsidR="00B821F6" w:rsidRDefault="00DD0983">
            <w:pPr>
              <w:spacing w:after="0" w:line="250" w:lineRule="auto"/>
            </w:pPr>
            <w:r>
              <w:rPr>
                <w:b/>
                <w:sz w:val="15"/>
              </w:rPr>
              <w:t>期間満了時</w:t>
            </w:r>
          </w:p>
        </w:tc>
        <w:tc>
          <w:tcPr>
            <w:tcW w:w="7593" w:type="dxa"/>
            <w:tcBorders>
              <w:top w:val="single" w:sz="6" w:space="0" w:color="AAB6BC"/>
              <w:left w:val="single" w:sz="6" w:space="0" w:color="AAB6BC"/>
              <w:bottom w:val="single" w:sz="6" w:space="0" w:color="AAB6BC"/>
              <w:right w:val="single" w:sz="6" w:space="0" w:color="AAB6BC"/>
            </w:tcBorders>
            <w:tcMar>
              <w:top w:w="55" w:type="dxa"/>
              <w:left w:w="95" w:type="dxa"/>
              <w:bottom w:w="55" w:type="dxa"/>
              <w:right w:w="95" w:type="dxa"/>
            </w:tcMar>
          </w:tcPr>
          <w:p w14:paraId="4DAF3B64" w14:textId="77777777" w:rsidR="00B821F6" w:rsidRDefault="00DD0983">
            <w:pPr>
              <w:spacing w:after="0" w:line="250" w:lineRule="auto"/>
              <w:rPr>
                <w:lang w:eastAsia="ja-JP"/>
              </w:rPr>
            </w:pPr>
            <w:r>
              <w:rPr>
                <w:sz w:val="14"/>
                <w:lang w:eastAsia="ja-JP"/>
              </w:rPr>
              <w:t xml:space="preserve">□ </w:t>
            </w:r>
            <w:r>
              <w:rPr>
                <w:sz w:val="14"/>
                <w:lang w:eastAsia="ja-JP"/>
              </w:rPr>
              <w:t>就業規則上の取扱いを説明</w:t>
            </w:r>
            <w:r>
              <w:rPr>
                <w:sz w:val="14"/>
                <w:lang w:eastAsia="ja-JP"/>
              </w:rPr>
              <w:t xml:space="preserve"> □ </w:t>
            </w:r>
            <w:r>
              <w:rPr>
                <w:sz w:val="14"/>
                <w:lang w:eastAsia="ja-JP"/>
              </w:rPr>
              <w:t>自動的に退職・解雇と断定せず個別手続を確認</w:t>
            </w:r>
            <w:r>
              <w:rPr>
                <w:sz w:val="14"/>
                <w:lang w:eastAsia="ja-JP"/>
              </w:rPr>
              <w:br/>
            </w:r>
            <w:r>
              <w:rPr>
                <w:sz w:val="14"/>
                <w:lang w:eastAsia="ja-JP"/>
              </w:rPr>
              <w:t>該当条項・説明内容：</w:t>
            </w:r>
          </w:p>
        </w:tc>
      </w:tr>
      <w:tr w:rsidR="00B821F6" w14:paraId="0224C8A7" w14:textId="77777777">
        <w:trPr>
          <w:cantSplit/>
          <w:trHeight w:val="450"/>
        </w:trPr>
        <w:tc>
          <w:tcPr>
            <w:tcW w:w="2500" w:type="dxa"/>
            <w:tcBorders>
              <w:top w:val="single" w:sz="6" w:space="0" w:color="AAB6BC"/>
              <w:left w:val="single" w:sz="6" w:space="0" w:color="AAB6BC"/>
              <w:bottom w:val="single" w:sz="6" w:space="0" w:color="AAB6BC"/>
              <w:right w:val="single" w:sz="6" w:space="0" w:color="AAB6BC"/>
            </w:tcBorders>
            <w:shd w:val="clear" w:color="auto" w:fill="EAF0F3"/>
            <w:tcMar>
              <w:top w:w="55" w:type="dxa"/>
              <w:left w:w="95" w:type="dxa"/>
              <w:bottom w:w="55" w:type="dxa"/>
              <w:right w:w="95" w:type="dxa"/>
            </w:tcMar>
          </w:tcPr>
          <w:p w14:paraId="79F86A28" w14:textId="77777777" w:rsidR="00B821F6" w:rsidRDefault="00DD0983">
            <w:pPr>
              <w:spacing w:after="0" w:line="250" w:lineRule="auto"/>
            </w:pPr>
            <w:r>
              <w:rPr>
                <w:b/>
                <w:sz w:val="15"/>
              </w:rPr>
              <w:t>説明根拠</w:t>
            </w:r>
          </w:p>
        </w:tc>
        <w:tc>
          <w:tcPr>
            <w:tcW w:w="7593" w:type="dxa"/>
            <w:tcBorders>
              <w:top w:val="single" w:sz="6" w:space="0" w:color="AAB6BC"/>
              <w:left w:val="single" w:sz="6" w:space="0" w:color="AAB6BC"/>
              <w:bottom w:val="single" w:sz="6" w:space="0" w:color="AAB6BC"/>
              <w:right w:val="single" w:sz="6" w:space="0" w:color="AAB6BC"/>
            </w:tcBorders>
            <w:tcMar>
              <w:top w:w="55" w:type="dxa"/>
              <w:left w:w="95" w:type="dxa"/>
              <w:bottom w:w="55" w:type="dxa"/>
              <w:right w:w="95" w:type="dxa"/>
            </w:tcMar>
          </w:tcPr>
          <w:p w14:paraId="4A0D7A97" w14:textId="77777777" w:rsidR="00B821F6" w:rsidRDefault="00DD0983">
            <w:pPr>
              <w:spacing w:after="0" w:line="250" w:lineRule="auto"/>
              <w:rPr>
                <w:lang w:eastAsia="ja-JP"/>
              </w:rPr>
            </w:pPr>
            <w:r>
              <w:rPr>
                <w:sz w:val="14"/>
                <w:lang w:eastAsia="ja-JP"/>
              </w:rPr>
              <w:t>就業規則・休職規程の条項：　　　　　　　　　交付：</w:t>
            </w:r>
            <w:r>
              <w:rPr>
                <w:sz w:val="14"/>
                <w:lang w:eastAsia="ja-JP"/>
              </w:rPr>
              <w:t xml:space="preserve">□ </w:t>
            </w:r>
            <w:r>
              <w:rPr>
                <w:sz w:val="14"/>
                <w:lang w:eastAsia="ja-JP"/>
              </w:rPr>
              <w:t>済</w:t>
            </w:r>
            <w:r>
              <w:rPr>
                <w:sz w:val="14"/>
                <w:lang w:eastAsia="ja-JP"/>
              </w:rPr>
              <w:t xml:space="preserve"> □ </w:t>
            </w:r>
            <w:r>
              <w:rPr>
                <w:sz w:val="14"/>
                <w:lang w:eastAsia="ja-JP"/>
              </w:rPr>
              <w:t>閲覧案内</w:t>
            </w:r>
          </w:p>
        </w:tc>
      </w:tr>
    </w:tbl>
    <w:p w14:paraId="58326151" w14:textId="77777777" w:rsidR="00B821F6" w:rsidRDefault="00DD0983">
      <w:pPr>
        <w:keepNext/>
        <w:shd w:val="clear" w:color="auto" w:fill="EAF0F3"/>
        <w:spacing w:before="80" w:line="240" w:lineRule="auto"/>
        <w:ind w:left="85"/>
      </w:pPr>
      <w:r>
        <w:rPr>
          <w:b/>
          <w:color w:val="36596A"/>
          <w:sz w:val="21"/>
        </w:rPr>
        <w:t xml:space="preserve">3  </w:t>
      </w:r>
      <w:r>
        <w:rPr>
          <w:b/>
          <w:color w:val="36596A"/>
          <w:sz w:val="21"/>
        </w:rPr>
        <w:t>療養・業務引継ぎ</w:t>
      </w:r>
    </w:p>
    <w:tbl>
      <w:tblPr>
        <w:tblW w:w="10093" w:type="dxa"/>
        <w:tblLayout w:type="fixed"/>
        <w:tblLook w:val="04A0" w:firstRow="1" w:lastRow="0" w:firstColumn="1" w:lastColumn="0" w:noHBand="0" w:noVBand="1"/>
      </w:tblPr>
      <w:tblGrid>
        <w:gridCol w:w="2500"/>
        <w:gridCol w:w="7593"/>
      </w:tblGrid>
      <w:tr w:rsidR="00B821F6" w14:paraId="6B801463" w14:textId="77777777">
        <w:trPr>
          <w:cantSplit/>
          <w:trHeight w:val="430"/>
        </w:trPr>
        <w:tc>
          <w:tcPr>
            <w:tcW w:w="2500" w:type="dxa"/>
            <w:tcBorders>
              <w:top w:val="single" w:sz="6" w:space="0" w:color="AAB6BC"/>
              <w:left w:val="single" w:sz="6" w:space="0" w:color="AAB6BC"/>
              <w:bottom w:val="single" w:sz="6" w:space="0" w:color="AAB6BC"/>
              <w:right w:val="single" w:sz="6" w:space="0" w:color="AAB6BC"/>
            </w:tcBorders>
            <w:shd w:val="clear" w:color="auto" w:fill="EAF0F3"/>
            <w:tcMar>
              <w:top w:w="55" w:type="dxa"/>
              <w:left w:w="95" w:type="dxa"/>
              <w:bottom w:w="55" w:type="dxa"/>
              <w:right w:w="95" w:type="dxa"/>
            </w:tcMar>
          </w:tcPr>
          <w:p w14:paraId="1FCC588A" w14:textId="77777777" w:rsidR="00B821F6" w:rsidRDefault="00DD0983">
            <w:pPr>
              <w:spacing w:after="0" w:line="250" w:lineRule="auto"/>
            </w:pPr>
            <w:r>
              <w:rPr>
                <w:b/>
                <w:sz w:val="15"/>
              </w:rPr>
              <w:t>療養優先</w:t>
            </w:r>
          </w:p>
        </w:tc>
        <w:tc>
          <w:tcPr>
            <w:tcW w:w="7593" w:type="dxa"/>
            <w:tcBorders>
              <w:top w:val="single" w:sz="6" w:space="0" w:color="AAB6BC"/>
              <w:left w:val="single" w:sz="6" w:space="0" w:color="AAB6BC"/>
              <w:bottom w:val="single" w:sz="6" w:space="0" w:color="AAB6BC"/>
              <w:right w:val="single" w:sz="6" w:space="0" w:color="AAB6BC"/>
            </w:tcBorders>
            <w:tcMar>
              <w:top w:w="55" w:type="dxa"/>
              <w:left w:w="95" w:type="dxa"/>
              <w:bottom w:w="55" w:type="dxa"/>
              <w:right w:w="95" w:type="dxa"/>
            </w:tcMar>
          </w:tcPr>
          <w:p w14:paraId="7D6D7720" w14:textId="77777777" w:rsidR="00B821F6" w:rsidRDefault="00DD0983">
            <w:pPr>
              <w:spacing w:after="0" w:line="250" w:lineRule="auto"/>
              <w:rPr>
                <w:lang w:eastAsia="ja-JP"/>
              </w:rPr>
            </w:pPr>
            <w:r>
              <w:rPr>
                <w:sz w:val="14"/>
                <w:lang w:eastAsia="ja-JP"/>
              </w:rPr>
              <w:t xml:space="preserve">□ </w:t>
            </w:r>
            <w:r>
              <w:rPr>
                <w:sz w:val="14"/>
                <w:lang w:eastAsia="ja-JP"/>
              </w:rPr>
              <w:t>休職中は療養を優先することを説明</w:t>
            </w:r>
            <w:r>
              <w:rPr>
                <w:sz w:val="14"/>
                <w:lang w:eastAsia="ja-JP"/>
              </w:rPr>
              <w:t xml:space="preserve"> □ </w:t>
            </w:r>
            <w:r>
              <w:rPr>
                <w:sz w:val="14"/>
                <w:lang w:eastAsia="ja-JP"/>
              </w:rPr>
              <w:t>相談窓口を案内</w:t>
            </w:r>
          </w:p>
        </w:tc>
      </w:tr>
      <w:tr w:rsidR="00B821F6" w14:paraId="5AB69250" w14:textId="77777777">
        <w:trPr>
          <w:cantSplit/>
          <w:trHeight w:val="580"/>
        </w:trPr>
        <w:tc>
          <w:tcPr>
            <w:tcW w:w="2500" w:type="dxa"/>
            <w:tcBorders>
              <w:top w:val="single" w:sz="6" w:space="0" w:color="AAB6BC"/>
              <w:left w:val="single" w:sz="6" w:space="0" w:color="AAB6BC"/>
              <w:bottom w:val="single" w:sz="6" w:space="0" w:color="AAB6BC"/>
              <w:right w:val="single" w:sz="6" w:space="0" w:color="AAB6BC"/>
            </w:tcBorders>
            <w:shd w:val="clear" w:color="auto" w:fill="EAF0F3"/>
            <w:tcMar>
              <w:top w:w="55" w:type="dxa"/>
              <w:left w:w="95" w:type="dxa"/>
              <w:bottom w:w="55" w:type="dxa"/>
              <w:right w:w="95" w:type="dxa"/>
            </w:tcMar>
          </w:tcPr>
          <w:p w14:paraId="2B9B0D48" w14:textId="77777777" w:rsidR="00B821F6" w:rsidRDefault="00DD0983">
            <w:pPr>
              <w:spacing w:after="0" w:line="250" w:lineRule="auto"/>
            </w:pPr>
            <w:r>
              <w:rPr>
                <w:b/>
                <w:sz w:val="15"/>
              </w:rPr>
              <w:t>業務引継ぎ</w:t>
            </w:r>
          </w:p>
        </w:tc>
        <w:tc>
          <w:tcPr>
            <w:tcW w:w="7593" w:type="dxa"/>
            <w:tcBorders>
              <w:top w:val="single" w:sz="6" w:space="0" w:color="AAB6BC"/>
              <w:left w:val="single" w:sz="6" w:space="0" w:color="AAB6BC"/>
              <w:bottom w:val="single" w:sz="6" w:space="0" w:color="AAB6BC"/>
              <w:right w:val="single" w:sz="6" w:space="0" w:color="AAB6BC"/>
            </w:tcBorders>
            <w:tcMar>
              <w:top w:w="55" w:type="dxa"/>
              <w:left w:w="95" w:type="dxa"/>
              <w:bottom w:w="55" w:type="dxa"/>
              <w:right w:w="95" w:type="dxa"/>
            </w:tcMar>
          </w:tcPr>
          <w:p w14:paraId="76594B9C" w14:textId="77777777" w:rsidR="00B821F6" w:rsidRDefault="00DD0983">
            <w:pPr>
              <w:spacing w:after="0" w:line="250" w:lineRule="auto"/>
              <w:rPr>
                <w:lang w:eastAsia="ja-JP"/>
              </w:rPr>
            </w:pPr>
            <w:r>
              <w:rPr>
                <w:sz w:val="14"/>
                <w:lang w:eastAsia="ja-JP"/>
              </w:rPr>
              <w:t xml:space="preserve">□ </w:t>
            </w:r>
            <w:r>
              <w:rPr>
                <w:sz w:val="14"/>
                <w:lang w:eastAsia="ja-JP"/>
              </w:rPr>
              <w:t>不要</w:t>
            </w:r>
            <w:r>
              <w:rPr>
                <w:sz w:val="14"/>
                <w:lang w:eastAsia="ja-JP"/>
              </w:rPr>
              <w:t xml:space="preserve"> □ </w:t>
            </w:r>
            <w:r>
              <w:rPr>
                <w:sz w:val="14"/>
                <w:lang w:eastAsia="ja-JP"/>
              </w:rPr>
              <w:t>状態に配慮し最小限のみ</w:t>
            </w:r>
            <w:r>
              <w:rPr>
                <w:sz w:val="14"/>
                <w:lang w:eastAsia="ja-JP"/>
              </w:rPr>
              <w:t xml:space="preserve"> □ </w:t>
            </w:r>
            <w:r>
              <w:rPr>
                <w:sz w:val="14"/>
                <w:lang w:eastAsia="ja-JP"/>
              </w:rPr>
              <w:t>実施不可</w:t>
            </w:r>
            <w:r>
              <w:rPr>
                <w:sz w:val="14"/>
                <w:lang w:eastAsia="ja-JP"/>
              </w:rPr>
              <w:br/>
            </w:r>
            <w:r>
              <w:rPr>
                <w:sz w:val="14"/>
                <w:lang w:eastAsia="ja-JP"/>
              </w:rPr>
              <w:t>項目・期限・代替担当：</w:t>
            </w:r>
          </w:p>
        </w:tc>
      </w:tr>
      <w:tr w:rsidR="00B821F6" w14:paraId="15DD7A0F" w14:textId="77777777">
        <w:trPr>
          <w:cantSplit/>
          <w:trHeight w:val="470"/>
        </w:trPr>
        <w:tc>
          <w:tcPr>
            <w:tcW w:w="2500" w:type="dxa"/>
            <w:tcBorders>
              <w:top w:val="single" w:sz="6" w:space="0" w:color="AAB6BC"/>
              <w:left w:val="single" w:sz="6" w:space="0" w:color="AAB6BC"/>
              <w:bottom w:val="single" w:sz="6" w:space="0" w:color="AAB6BC"/>
              <w:right w:val="single" w:sz="6" w:space="0" w:color="AAB6BC"/>
            </w:tcBorders>
            <w:shd w:val="clear" w:color="auto" w:fill="EAF0F3"/>
            <w:tcMar>
              <w:top w:w="55" w:type="dxa"/>
              <w:left w:w="95" w:type="dxa"/>
              <w:bottom w:w="55" w:type="dxa"/>
              <w:right w:w="95" w:type="dxa"/>
            </w:tcMar>
          </w:tcPr>
          <w:p w14:paraId="2917DD9B" w14:textId="77777777" w:rsidR="00B821F6" w:rsidRDefault="00DD0983">
            <w:pPr>
              <w:spacing w:after="0" w:line="250" w:lineRule="auto"/>
            </w:pPr>
            <w:r>
              <w:rPr>
                <w:b/>
                <w:sz w:val="15"/>
              </w:rPr>
              <w:t>会社貸与品</w:t>
            </w:r>
          </w:p>
        </w:tc>
        <w:tc>
          <w:tcPr>
            <w:tcW w:w="7593" w:type="dxa"/>
            <w:tcBorders>
              <w:top w:val="single" w:sz="6" w:space="0" w:color="AAB6BC"/>
              <w:left w:val="single" w:sz="6" w:space="0" w:color="AAB6BC"/>
              <w:bottom w:val="single" w:sz="6" w:space="0" w:color="AAB6BC"/>
              <w:right w:val="single" w:sz="6" w:space="0" w:color="AAB6BC"/>
            </w:tcBorders>
            <w:tcMar>
              <w:top w:w="55" w:type="dxa"/>
              <w:left w:w="95" w:type="dxa"/>
              <w:bottom w:w="55" w:type="dxa"/>
              <w:right w:w="95" w:type="dxa"/>
            </w:tcMar>
          </w:tcPr>
          <w:p w14:paraId="139D5548" w14:textId="77777777" w:rsidR="00B821F6" w:rsidRDefault="00DD0983">
            <w:pPr>
              <w:spacing w:after="0" w:line="250" w:lineRule="auto"/>
              <w:rPr>
                <w:lang w:eastAsia="ja-JP"/>
              </w:rPr>
            </w:pPr>
            <w:r>
              <w:rPr>
                <w:sz w:val="14"/>
                <w:lang w:eastAsia="ja-JP"/>
              </w:rPr>
              <w:t xml:space="preserve">□ </w:t>
            </w:r>
            <w:r>
              <w:rPr>
                <w:sz w:val="14"/>
                <w:lang w:eastAsia="ja-JP"/>
              </w:rPr>
              <w:t>継続所持</w:t>
            </w:r>
            <w:r>
              <w:rPr>
                <w:sz w:val="14"/>
                <w:lang w:eastAsia="ja-JP"/>
              </w:rPr>
              <w:t xml:space="preserve"> □ </w:t>
            </w:r>
            <w:r>
              <w:rPr>
                <w:sz w:val="14"/>
                <w:lang w:eastAsia="ja-JP"/>
              </w:rPr>
              <w:t>返却　対象：　　　　　　　方法・期限：</w:t>
            </w:r>
          </w:p>
        </w:tc>
      </w:tr>
      <w:tr w:rsidR="00B821F6" w14:paraId="040F4F0E" w14:textId="77777777">
        <w:trPr>
          <w:cantSplit/>
          <w:trHeight w:val="540"/>
        </w:trPr>
        <w:tc>
          <w:tcPr>
            <w:tcW w:w="2500" w:type="dxa"/>
            <w:tcBorders>
              <w:top w:val="single" w:sz="6" w:space="0" w:color="AAB6BC"/>
              <w:left w:val="single" w:sz="6" w:space="0" w:color="AAB6BC"/>
              <w:bottom w:val="single" w:sz="6" w:space="0" w:color="AAB6BC"/>
              <w:right w:val="single" w:sz="6" w:space="0" w:color="AAB6BC"/>
            </w:tcBorders>
            <w:shd w:val="clear" w:color="auto" w:fill="EAF0F3"/>
            <w:tcMar>
              <w:top w:w="55" w:type="dxa"/>
              <w:left w:w="95" w:type="dxa"/>
              <w:bottom w:w="55" w:type="dxa"/>
              <w:right w:w="95" w:type="dxa"/>
            </w:tcMar>
          </w:tcPr>
          <w:p w14:paraId="6CA04F30" w14:textId="77777777" w:rsidR="00B821F6" w:rsidRDefault="00DD0983">
            <w:pPr>
              <w:spacing w:after="0" w:line="250" w:lineRule="auto"/>
            </w:pPr>
            <w:r>
              <w:rPr>
                <w:b/>
                <w:sz w:val="15"/>
              </w:rPr>
              <w:t>業務連絡の停止</w:t>
            </w:r>
          </w:p>
        </w:tc>
        <w:tc>
          <w:tcPr>
            <w:tcW w:w="7593" w:type="dxa"/>
            <w:tcBorders>
              <w:top w:val="single" w:sz="6" w:space="0" w:color="AAB6BC"/>
              <w:left w:val="single" w:sz="6" w:space="0" w:color="AAB6BC"/>
              <w:bottom w:val="single" w:sz="6" w:space="0" w:color="AAB6BC"/>
              <w:right w:val="single" w:sz="6" w:space="0" w:color="AAB6BC"/>
            </w:tcBorders>
            <w:tcMar>
              <w:top w:w="55" w:type="dxa"/>
              <w:left w:w="95" w:type="dxa"/>
              <w:bottom w:w="55" w:type="dxa"/>
              <w:right w:w="95" w:type="dxa"/>
            </w:tcMar>
          </w:tcPr>
          <w:p w14:paraId="5D0AD80D" w14:textId="77777777" w:rsidR="00B821F6" w:rsidRDefault="00DD0983">
            <w:pPr>
              <w:spacing w:after="0" w:line="250" w:lineRule="auto"/>
              <w:rPr>
                <w:lang w:eastAsia="ja-JP"/>
              </w:rPr>
            </w:pPr>
            <w:r>
              <w:rPr>
                <w:sz w:val="14"/>
                <w:lang w:eastAsia="ja-JP"/>
              </w:rPr>
              <w:t xml:space="preserve">□ </w:t>
            </w:r>
            <w:r>
              <w:rPr>
                <w:sz w:val="14"/>
                <w:lang w:eastAsia="ja-JP"/>
              </w:rPr>
              <w:t>業務メール・チャット・会議から外す</w:t>
            </w:r>
            <w:r>
              <w:rPr>
                <w:sz w:val="14"/>
                <w:lang w:eastAsia="ja-JP"/>
              </w:rPr>
              <w:t xml:space="preserve"> □ </w:t>
            </w:r>
            <w:r>
              <w:rPr>
                <w:sz w:val="14"/>
                <w:lang w:eastAsia="ja-JP"/>
              </w:rPr>
              <w:t>例外連絡なし</w:t>
            </w:r>
            <w:r>
              <w:rPr>
                <w:sz w:val="14"/>
                <w:lang w:eastAsia="ja-JP"/>
              </w:rPr>
              <w:br/>
            </w:r>
            <w:r>
              <w:rPr>
                <w:sz w:val="14"/>
                <w:lang w:eastAsia="ja-JP"/>
              </w:rPr>
              <w:t>例外がある場合の目的・範囲：</w:t>
            </w:r>
          </w:p>
        </w:tc>
      </w:tr>
    </w:tbl>
    <w:p w14:paraId="5A5887E1" w14:textId="77777777" w:rsidR="00B821F6" w:rsidRDefault="00DD0983">
      <w:pPr>
        <w:keepNext/>
        <w:pageBreakBefore/>
        <w:spacing w:after="40" w:line="240" w:lineRule="auto"/>
        <w:jc w:val="center"/>
        <w:rPr>
          <w:lang w:eastAsia="ja-JP"/>
        </w:rPr>
      </w:pPr>
      <w:r>
        <w:rPr>
          <w:b/>
          <w:sz w:val="31"/>
          <w:lang w:eastAsia="ja-JP"/>
        </w:rPr>
        <w:lastRenderedPageBreak/>
        <w:t>制度・費用・連絡・情報取扱い</w:t>
      </w:r>
    </w:p>
    <w:p w14:paraId="11619AA2" w14:textId="77777777" w:rsidR="00B821F6" w:rsidRDefault="00DD0983">
      <w:pPr>
        <w:spacing w:after="100" w:line="240" w:lineRule="auto"/>
        <w:jc w:val="center"/>
        <w:rPr>
          <w:lang w:eastAsia="ja-JP"/>
        </w:rPr>
      </w:pPr>
      <w:r>
        <w:rPr>
          <w:color w:val="65747C"/>
          <w:sz w:val="16"/>
          <w:lang w:eastAsia="ja-JP"/>
        </w:rPr>
        <w:t>休職中の不安と行き違いを減らすための説明事項</w:t>
      </w:r>
    </w:p>
    <w:p w14:paraId="6875EECC" w14:textId="77777777" w:rsidR="00B821F6" w:rsidRDefault="00DD0983">
      <w:pPr>
        <w:keepNext/>
        <w:shd w:val="clear" w:color="auto" w:fill="EAF0F3"/>
        <w:spacing w:before="80" w:line="240" w:lineRule="auto"/>
        <w:ind w:left="85"/>
        <w:rPr>
          <w:lang w:eastAsia="ja-JP"/>
        </w:rPr>
      </w:pPr>
      <w:r>
        <w:rPr>
          <w:b/>
          <w:color w:val="36596A"/>
          <w:sz w:val="21"/>
          <w:lang w:eastAsia="ja-JP"/>
        </w:rPr>
        <w:t xml:space="preserve">4  </w:t>
      </w:r>
      <w:r>
        <w:rPr>
          <w:b/>
          <w:color w:val="36596A"/>
          <w:sz w:val="21"/>
          <w:lang w:eastAsia="ja-JP"/>
        </w:rPr>
        <w:t>賃金・給付・社会保険料等</w:t>
      </w:r>
    </w:p>
    <w:tbl>
      <w:tblPr>
        <w:tblW w:w="10093" w:type="dxa"/>
        <w:tblLayout w:type="fixed"/>
        <w:tblLook w:val="04A0" w:firstRow="1" w:lastRow="0" w:firstColumn="1" w:lastColumn="0" w:noHBand="0" w:noVBand="1"/>
      </w:tblPr>
      <w:tblGrid>
        <w:gridCol w:w="2500"/>
        <w:gridCol w:w="7593"/>
      </w:tblGrid>
      <w:tr w:rsidR="00B821F6" w14:paraId="272ECFEF" w14:textId="77777777">
        <w:trPr>
          <w:cantSplit/>
          <w:trHeight w:val="560"/>
        </w:trPr>
        <w:tc>
          <w:tcPr>
            <w:tcW w:w="2500" w:type="dxa"/>
            <w:tcBorders>
              <w:top w:val="single" w:sz="6" w:space="0" w:color="AAB6BC"/>
              <w:left w:val="single" w:sz="6" w:space="0" w:color="AAB6BC"/>
              <w:bottom w:val="single" w:sz="6" w:space="0" w:color="AAB6BC"/>
              <w:right w:val="single" w:sz="6" w:space="0" w:color="AAB6BC"/>
            </w:tcBorders>
            <w:shd w:val="clear" w:color="auto" w:fill="EAF0F3"/>
            <w:tcMar>
              <w:top w:w="55" w:type="dxa"/>
              <w:left w:w="95" w:type="dxa"/>
              <w:bottom w:w="55" w:type="dxa"/>
              <w:right w:w="95" w:type="dxa"/>
            </w:tcMar>
          </w:tcPr>
          <w:p w14:paraId="0F56FFEC" w14:textId="77777777" w:rsidR="00B821F6" w:rsidRDefault="00DD0983">
            <w:pPr>
              <w:spacing w:after="0" w:line="250" w:lineRule="auto"/>
            </w:pPr>
            <w:r>
              <w:rPr>
                <w:b/>
                <w:sz w:val="15"/>
              </w:rPr>
              <w:t>賃金・休暇</w:t>
            </w:r>
          </w:p>
        </w:tc>
        <w:tc>
          <w:tcPr>
            <w:tcW w:w="7593" w:type="dxa"/>
            <w:tcBorders>
              <w:top w:val="single" w:sz="6" w:space="0" w:color="AAB6BC"/>
              <w:left w:val="single" w:sz="6" w:space="0" w:color="AAB6BC"/>
              <w:bottom w:val="single" w:sz="6" w:space="0" w:color="AAB6BC"/>
              <w:right w:val="single" w:sz="6" w:space="0" w:color="AAB6BC"/>
            </w:tcBorders>
            <w:tcMar>
              <w:top w:w="55" w:type="dxa"/>
              <w:left w:w="95" w:type="dxa"/>
              <w:bottom w:w="55" w:type="dxa"/>
              <w:right w:w="95" w:type="dxa"/>
            </w:tcMar>
          </w:tcPr>
          <w:p w14:paraId="17A4C539" w14:textId="77777777" w:rsidR="00B821F6" w:rsidRDefault="00DD0983">
            <w:pPr>
              <w:spacing w:after="0" w:line="250" w:lineRule="auto"/>
              <w:rPr>
                <w:lang w:eastAsia="ja-JP"/>
              </w:rPr>
            </w:pPr>
            <w:r>
              <w:rPr>
                <w:sz w:val="14"/>
                <w:lang w:eastAsia="ja-JP"/>
              </w:rPr>
              <w:t xml:space="preserve">□ </w:t>
            </w:r>
            <w:r>
              <w:rPr>
                <w:sz w:val="14"/>
                <w:lang w:eastAsia="ja-JP"/>
              </w:rPr>
              <w:t>無給開始日</w:t>
            </w:r>
            <w:r>
              <w:rPr>
                <w:sz w:val="14"/>
                <w:lang w:eastAsia="ja-JP"/>
              </w:rPr>
              <w:t xml:space="preserve"> □ </w:t>
            </w:r>
            <w:r>
              <w:rPr>
                <w:sz w:val="14"/>
                <w:lang w:eastAsia="ja-JP"/>
              </w:rPr>
              <w:t>有給休暇使用</w:t>
            </w:r>
            <w:r>
              <w:rPr>
                <w:sz w:val="14"/>
                <w:lang w:eastAsia="ja-JP"/>
              </w:rPr>
              <w:t xml:space="preserve"> □ </w:t>
            </w:r>
            <w:r>
              <w:rPr>
                <w:sz w:val="14"/>
                <w:lang w:eastAsia="ja-JP"/>
              </w:rPr>
              <w:t>会社独自給付</w:t>
            </w:r>
            <w:r>
              <w:rPr>
                <w:sz w:val="14"/>
                <w:lang w:eastAsia="ja-JP"/>
              </w:rPr>
              <w:t xml:space="preserve"> □ </w:t>
            </w:r>
            <w:r>
              <w:rPr>
                <w:sz w:val="14"/>
                <w:lang w:eastAsia="ja-JP"/>
              </w:rPr>
              <w:t>賞与・昇給等の取扱い</w:t>
            </w:r>
            <w:r>
              <w:rPr>
                <w:sz w:val="14"/>
                <w:lang w:eastAsia="ja-JP"/>
              </w:rPr>
              <w:br/>
            </w:r>
            <w:r>
              <w:rPr>
                <w:sz w:val="14"/>
                <w:lang w:eastAsia="ja-JP"/>
              </w:rPr>
              <w:t>説明内容：</w:t>
            </w:r>
          </w:p>
        </w:tc>
      </w:tr>
      <w:tr w:rsidR="00B821F6" w14:paraId="44AC218C" w14:textId="77777777">
        <w:trPr>
          <w:cantSplit/>
          <w:trHeight w:val="620"/>
        </w:trPr>
        <w:tc>
          <w:tcPr>
            <w:tcW w:w="2500" w:type="dxa"/>
            <w:tcBorders>
              <w:top w:val="single" w:sz="6" w:space="0" w:color="AAB6BC"/>
              <w:left w:val="single" w:sz="6" w:space="0" w:color="AAB6BC"/>
              <w:bottom w:val="single" w:sz="6" w:space="0" w:color="AAB6BC"/>
              <w:right w:val="single" w:sz="6" w:space="0" w:color="AAB6BC"/>
            </w:tcBorders>
            <w:shd w:val="clear" w:color="auto" w:fill="EAF0F3"/>
            <w:tcMar>
              <w:top w:w="55" w:type="dxa"/>
              <w:left w:w="95" w:type="dxa"/>
              <w:bottom w:w="55" w:type="dxa"/>
              <w:right w:w="95" w:type="dxa"/>
            </w:tcMar>
          </w:tcPr>
          <w:p w14:paraId="49EBCE74" w14:textId="77777777" w:rsidR="00B821F6" w:rsidRDefault="00DD0983">
            <w:pPr>
              <w:spacing w:after="0" w:line="250" w:lineRule="auto"/>
            </w:pPr>
            <w:r>
              <w:rPr>
                <w:b/>
                <w:sz w:val="15"/>
              </w:rPr>
              <w:t>傷病手当金</w:t>
            </w:r>
          </w:p>
        </w:tc>
        <w:tc>
          <w:tcPr>
            <w:tcW w:w="7593" w:type="dxa"/>
            <w:tcBorders>
              <w:top w:val="single" w:sz="6" w:space="0" w:color="AAB6BC"/>
              <w:left w:val="single" w:sz="6" w:space="0" w:color="AAB6BC"/>
              <w:bottom w:val="single" w:sz="6" w:space="0" w:color="AAB6BC"/>
              <w:right w:val="single" w:sz="6" w:space="0" w:color="AAB6BC"/>
            </w:tcBorders>
            <w:tcMar>
              <w:top w:w="55" w:type="dxa"/>
              <w:left w:w="95" w:type="dxa"/>
              <w:bottom w:w="55" w:type="dxa"/>
              <w:right w:w="95" w:type="dxa"/>
            </w:tcMar>
          </w:tcPr>
          <w:p w14:paraId="765C0EAE" w14:textId="77777777" w:rsidR="00B821F6" w:rsidRDefault="00DD0983">
            <w:pPr>
              <w:spacing w:after="0" w:line="250" w:lineRule="auto"/>
              <w:rPr>
                <w:lang w:eastAsia="ja-JP"/>
              </w:rPr>
            </w:pPr>
            <w:r>
              <w:rPr>
                <w:sz w:val="14"/>
                <w:lang w:eastAsia="ja-JP"/>
              </w:rPr>
              <w:t xml:space="preserve">□ </w:t>
            </w:r>
            <w:r>
              <w:rPr>
                <w:sz w:val="14"/>
                <w:lang w:eastAsia="ja-JP"/>
              </w:rPr>
              <w:t>制度概要</w:t>
            </w:r>
            <w:r>
              <w:rPr>
                <w:sz w:val="14"/>
                <w:lang w:eastAsia="ja-JP"/>
              </w:rPr>
              <w:t xml:space="preserve"> □ </w:t>
            </w:r>
            <w:r>
              <w:rPr>
                <w:sz w:val="14"/>
                <w:lang w:eastAsia="ja-JP"/>
              </w:rPr>
              <w:t>待期・支給要件は保険者判断</w:t>
            </w:r>
            <w:r>
              <w:rPr>
                <w:sz w:val="14"/>
                <w:lang w:eastAsia="ja-JP"/>
              </w:rPr>
              <w:t xml:space="preserve"> □ </w:t>
            </w:r>
            <w:r>
              <w:rPr>
                <w:sz w:val="14"/>
                <w:lang w:eastAsia="ja-JP"/>
              </w:rPr>
              <w:t>申請単位</w:t>
            </w:r>
            <w:r>
              <w:rPr>
                <w:sz w:val="14"/>
                <w:lang w:eastAsia="ja-JP"/>
              </w:rPr>
              <w:t xml:space="preserve"> □ </w:t>
            </w:r>
            <w:r>
              <w:rPr>
                <w:sz w:val="14"/>
                <w:lang w:eastAsia="ja-JP"/>
              </w:rPr>
              <w:t>会社証明</w:t>
            </w:r>
            <w:r>
              <w:rPr>
                <w:sz w:val="14"/>
                <w:lang w:eastAsia="ja-JP"/>
              </w:rPr>
              <w:br/>
            </w:r>
            <w:r>
              <w:rPr>
                <w:sz w:val="14"/>
                <w:lang w:eastAsia="ja-JP"/>
              </w:rPr>
              <w:t>申請窓口・締切：</w:t>
            </w:r>
          </w:p>
        </w:tc>
      </w:tr>
      <w:tr w:rsidR="00B821F6" w14:paraId="4A82C929" w14:textId="77777777">
        <w:trPr>
          <w:cantSplit/>
          <w:trHeight w:val="560"/>
        </w:trPr>
        <w:tc>
          <w:tcPr>
            <w:tcW w:w="2500" w:type="dxa"/>
            <w:tcBorders>
              <w:top w:val="single" w:sz="6" w:space="0" w:color="AAB6BC"/>
              <w:left w:val="single" w:sz="6" w:space="0" w:color="AAB6BC"/>
              <w:bottom w:val="single" w:sz="6" w:space="0" w:color="AAB6BC"/>
              <w:right w:val="single" w:sz="6" w:space="0" w:color="AAB6BC"/>
            </w:tcBorders>
            <w:shd w:val="clear" w:color="auto" w:fill="EAF0F3"/>
            <w:tcMar>
              <w:top w:w="55" w:type="dxa"/>
              <w:left w:w="95" w:type="dxa"/>
              <w:bottom w:w="55" w:type="dxa"/>
              <w:right w:w="95" w:type="dxa"/>
            </w:tcMar>
          </w:tcPr>
          <w:p w14:paraId="1A8FC6E9" w14:textId="77777777" w:rsidR="00B821F6" w:rsidRDefault="00DD0983">
            <w:pPr>
              <w:spacing w:after="0" w:line="250" w:lineRule="auto"/>
            </w:pPr>
            <w:r>
              <w:rPr>
                <w:b/>
                <w:sz w:val="15"/>
              </w:rPr>
              <w:t>社会保険料</w:t>
            </w:r>
          </w:p>
        </w:tc>
        <w:tc>
          <w:tcPr>
            <w:tcW w:w="7593" w:type="dxa"/>
            <w:tcBorders>
              <w:top w:val="single" w:sz="6" w:space="0" w:color="AAB6BC"/>
              <w:left w:val="single" w:sz="6" w:space="0" w:color="AAB6BC"/>
              <w:bottom w:val="single" w:sz="6" w:space="0" w:color="AAB6BC"/>
              <w:right w:val="single" w:sz="6" w:space="0" w:color="AAB6BC"/>
            </w:tcBorders>
            <w:tcMar>
              <w:top w:w="55" w:type="dxa"/>
              <w:left w:w="95" w:type="dxa"/>
              <w:bottom w:w="55" w:type="dxa"/>
              <w:right w:w="95" w:type="dxa"/>
            </w:tcMar>
          </w:tcPr>
          <w:p w14:paraId="18CEA453" w14:textId="77777777" w:rsidR="00B821F6" w:rsidRDefault="00DD0983">
            <w:pPr>
              <w:spacing w:after="0" w:line="250" w:lineRule="auto"/>
              <w:rPr>
                <w:lang w:eastAsia="ja-JP"/>
              </w:rPr>
            </w:pPr>
            <w:r>
              <w:rPr>
                <w:sz w:val="14"/>
                <w:lang w:eastAsia="ja-JP"/>
              </w:rPr>
              <w:t xml:space="preserve">□ </w:t>
            </w:r>
            <w:r>
              <w:rPr>
                <w:sz w:val="14"/>
                <w:lang w:eastAsia="ja-JP"/>
              </w:rPr>
              <w:t>本人負担額の徴収方法</w:t>
            </w:r>
            <w:r>
              <w:rPr>
                <w:sz w:val="14"/>
                <w:lang w:eastAsia="ja-JP"/>
              </w:rPr>
              <w:t xml:space="preserve"> □ </w:t>
            </w:r>
            <w:r>
              <w:rPr>
                <w:sz w:val="14"/>
                <w:lang w:eastAsia="ja-JP"/>
              </w:rPr>
              <w:t>振込先</w:t>
            </w:r>
            <w:r>
              <w:rPr>
                <w:sz w:val="14"/>
                <w:lang w:eastAsia="ja-JP"/>
              </w:rPr>
              <w:t xml:space="preserve"> □ </w:t>
            </w:r>
            <w:r>
              <w:rPr>
                <w:sz w:val="14"/>
                <w:lang w:eastAsia="ja-JP"/>
              </w:rPr>
              <w:t>振込期日</w:t>
            </w:r>
            <w:r>
              <w:rPr>
                <w:sz w:val="14"/>
                <w:lang w:eastAsia="ja-JP"/>
              </w:rPr>
              <w:t xml:space="preserve"> □ </w:t>
            </w:r>
            <w:r>
              <w:rPr>
                <w:sz w:val="14"/>
                <w:lang w:eastAsia="ja-JP"/>
              </w:rPr>
              <w:t>金額通知方法</w:t>
            </w:r>
            <w:r>
              <w:rPr>
                <w:sz w:val="14"/>
                <w:lang w:eastAsia="ja-JP"/>
              </w:rPr>
              <w:br/>
            </w:r>
            <w:r>
              <w:rPr>
                <w:sz w:val="14"/>
                <w:lang w:eastAsia="ja-JP"/>
              </w:rPr>
              <w:t>別紙合意書：</w:t>
            </w:r>
            <w:r>
              <w:rPr>
                <w:sz w:val="14"/>
                <w:lang w:eastAsia="ja-JP"/>
              </w:rPr>
              <w:t xml:space="preserve">□ </w:t>
            </w:r>
            <w:r>
              <w:rPr>
                <w:sz w:val="14"/>
                <w:lang w:eastAsia="ja-JP"/>
              </w:rPr>
              <w:t>あり</w:t>
            </w:r>
            <w:r>
              <w:rPr>
                <w:sz w:val="14"/>
                <w:lang w:eastAsia="ja-JP"/>
              </w:rPr>
              <w:t xml:space="preserve"> □ </w:t>
            </w:r>
            <w:r>
              <w:rPr>
                <w:sz w:val="14"/>
                <w:lang w:eastAsia="ja-JP"/>
              </w:rPr>
              <w:t>なし</w:t>
            </w:r>
          </w:p>
        </w:tc>
      </w:tr>
      <w:tr w:rsidR="00B821F6" w14:paraId="53A4E931" w14:textId="77777777">
        <w:trPr>
          <w:cantSplit/>
          <w:trHeight w:val="520"/>
        </w:trPr>
        <w:tc>
          <w:tcPr>
            <w:tcW w:w="2500" w:type="dxa"/>
            <w:tcBorders>
              <w:top w:val="single" w:sz="6" w:space="0" w:color="AAB6BC"/>
              <w:left w:val="single" w:sz="6" w:space="0" w:color="AAB6BC"/>
              <w:bottom w:val="single" w:sz="6" w:space="0" w:color="AAB6BC"/>
              <w:right w:val="single" w:sz="6" w:space="0" w:color="AAB6BC"/>
            </w:tcBorders>
            <w:shd w:val="clear" w:color="auto" w:fill="EAF0F3"/>
            <w:tcMar>
              <w:top w:w="55" w:type="dxa"/>
              <w:left w:w="95" w:type="dxa"/>
              <w:bottom w:w="55" w:type="dxa"/>
              <w:right w:w="95" w:type="dxa"/>
            </w:tcMar>
          </w:tcPr>
          <w:p w14:paraId="166C0EE7" w14:textId="77777777" w:rsidR="00B821F6" w:rsidRDefault="00DD0983">
            <w:pPr>
              <w:spacing w:after="0" w:line="250" w:lineRule="auto"/>
            </w:pPr>
            <w:r>
              <w:rPr>
                <w:b/>
                <w:sz w:val="15"/>
              </w:rPr>
              <w:t>住民税等</w:t>
            </w:r>
          </w:p>
        </w:tc>
        <w:tc>
          <w:tcPr>
            <w:tcW w:w="7593" w:type="dxa"/>
            <w:tcBorders>
              <w:top w:val="single" w:sz="6" w:space="0" w:color="AAB6BC"/>
              <w:left w:val="single" w:sz="6" w:space="0" w:color="AAB6BC"/>
              <w:bottom w:val="single" w:sz="6" w:space="0" w:color="AAB6BC"/>
              <w:right w:val="single" w:sz="6" w:space="0" w:color="AAB6BC"/>
            </w:tcBorders>
            <w:tcMar>
              <w:top w:w="55" w:type="dxa"/>
              <w:left w:w="95" w:type="dxa"/>
              <w:bottom w:w="55" w:type="dxa"/>
              <w:right w:w="95" w:type="dxa"/>
            </w:tcMar>
          </w:tcPr>
          <w:p w14:paraId="4A8461B3" w14:textId="77777777" w:rsidR="00B821F6" w:rsidRDefault="00DD0983">
            <w:pPr>
              <w:spacing w:after="0" w:line="250" w:lineRule="auto"/>
              <w:rPr>
                <w:lang w:eastAsia="ja-JP"/>
              </w:rPr>
            </w:pPr>
            <w:r>
              <w:rPr>
                <w:sz w:val="14"/>
                <w:lang w:eastAsia="ja-JP"/>
              </w:rPr>
              <w:t xml:space="preserve">□ </w:t>
            </w:r>
            <w:r>
              <w:rPr>
                <w:sz w:val="14"/>
                <w:lang w:eastAsia="ja-JP"/>
              </w:rPr>
              <w:t>普通徴収</w:t>
            </w:r>
            <w:r>
              <w:rPr>
                <w:sz w:val="14"/>
                <w:lang w:eastAsia="ja-JP"/>
              </w:rPr>
              <w:t xml:space="preserve"> □ </w:t>
            </w:r>
            <w:r>
              <w:rPr>
                <w:sz w:val="14"/>
                <w:lang w:eastAsia="ja-JP"/>
              </w:rPr>
              <w:t>会社への振込等</w:t>
            </w:r>
            <w:r>
              <w:rPr>
                <w:sz w:val="14"/>
                <w:lang w:eastAsia="ja-JP"/>
              </w:rPr>
              <w:t xml:space="preserve"> □ </w:t>
            </w:r>
            <w:r>
              <w:rPr>
                <w:sz w:val="14"/>
                <w:lang w:eastAsia="ja-JP"/>
              </w:rPr>
              <w:t>自治体・給与処理上の確認中</w:t>
            </w:r>
            <w:r>
              <w:rPr>
                <w:sz w:val="14"/>
                <w:lang w:eastAsia="ja-JP"/>
              </w:rPr>
              <w:br/>
            </w:r>
            <w:r>
              <w:rPr>
                <w:sz w:val="14"/>
                <w:lang w:eastAsia="ja-JP"/>
              </w:rPr>
              <w:t>方法・期限：</w:t>
            </w:r>
          </w:p>
        </w:tc>
      </w:tr>
      <w:tr w:rsidR="00B821F6" w14:paraId="5B666B1C" w14:textId="77777777">
        <w:trPr>
          <w:cantSplit/>
          <w:trHeight w:val="560"/>
        </w:trPr>
        <w:tc>
          <w:tcPr>
            <w:tcW w:w="2500" w:type="dxa"/>
            <w:tcBorders>
              <w:top w:val="single" w:sz="6" w:space="0" w:color="AAB6BC"/>
              <w:left w:val="single" w:sz="6" w:space="0" w:color="AAB6BC"/>
              <w:bottom w:val="single" w:sz="6" w:space="0" w:color="AAB6BC"/>
              <w:right w:val="single" w:sz="6" w:space="0" w:color="AAB6BC"/>
            </w:tcBorders>
            <w:shd w:val="clear" w:color="auto" w:fill="EAF0F3"/>
            <w:tcMar>
              <w:top w:w="55" w:type="dxa"/>
              <w:left w:w="95" w:type="dxa"/>
              <w:bottom w:w="55" w:type="dxa"/>
              <w:right w:w="95" w:type="dxa"/>
            </w:tcMar>
          </w:tcPr>
          <w:p w14:paraId="7892DC7B" w14:textId="77777777" w:rsidR="00B821F6" w:rsidRDefault="00DD0983">
            <w:pPr>
              <w:spacing w:after="0" w:line="250" w:lineRule="auto"/>
            </w:pPr>
            <w:r>
              <w:rPr>
                <w:b/>
                <w:sz w:val="15"/>
              </w:rPr>
              <w:t>未払い時</w:t>
            </w:r>
          </w:p>
        </w:tc>
        <w:tc>
          <w:tcPr>
            <w:tcW w:w="7593" w:type="dxa"/>
            <w:tcBorders>
              <w:top w:val="single" w:sz="6" w:space="0" w:color="AAB6BC"/>
              <w:left w:val="single" w:sz="6" w:space="0" w:color="AAB6BC"/>
              <w:bottom w:val="single" w:sz="6" w:space="0" w:color="AAB6BC"/>
              <w:right w:val="single" w:sz="6" w:space="0" w:color="AAB6BC"/>
            </w:tcBorders>
            <w:tcMar>
              <w:top w:w="55" w:type="dxa"/>
              <w:left w:w="95" w:type="dxa"/>
              <w:bottom w:w="55" w:type="dxa"/>
              <w:right w:w="95" w:type="dxa"/>
            </w:tcMar>
          </w:tcPr>
          <w:p w14:paraId="3521592A" w14:textId="77777777" w:rsidR="00B821F6" w:rsidRDefault="00DD0983">
            <w:pPr>
              <w:spacing w:after="0" w:line="250" w:lineRule="auto"/>
              <w:rPr>
                <w:lang w:eastAsia="ja-JP"/>
              </w:rPr>
            </w:pPr>
            <w:r>
              <w:rPr>
                <w:sz w:val="14"/>
                <w:lang w:eastAsia="ja-JP"/>
              </w:rPr>
              <w:t xml:space="preserve">□ </w:t>
            </w:r>
            <w:r>
              <w:rPr>
                <w:sz w:val="14"/>
                <w:lang w:eastAsia="ja-JP"/>
              </w:rPr>
              <w:t>督促方法</w:t>
            </w:r>
            <w:r>
              <w:rPr>
                <w:sz w:val="14"/>
                <w:lang w:eastAsia="ja-JP"/>
              </w:rPr>
              <w:t xml:space="preserve"> □ </w:t>
            </w:r>
            <w:r>
              <w:rPr>
                <w:sz w:val="14"/>
                <w:lang w:eastAsia="ja-JP"/>
              </w:rPr>
              <w:t>相殺は別紙の明示的合意の範囲で実施</w:t>
            </w:r>
            <w:r>
              <w:rPr>
                <w:sz w:val="14"/>
                <w:lang w:eastAsia="ja-JP"/>
              </w:rPr>
              <w:br/>
            </w:r>
            <w:r>
              <w:rPr>
                <w:sz w:val="14"/>
                <w:lang w:eastAsia="ja-JP"/>
              </w:rPr>
              <w:t>対象債権・手続：</w:t>
            </w:r>
          </w:p>
        </w:tc>
      </w:tr>
      <w:tr w:rsidR="00B821F6" w14:paraId="698D7D89" w14:textId="77777777">
        <w:trPr>
          <w:cantSplit/>
          <w:trHeight w:val="480"/>
        </w:trPr>
        <w:tc>
          <w:tcPr>
            <w:tcW w:w="2500" w:type="dxa"/>
            <w:tcBorders>
              <w:top w:val="single" w:sz="6" w:space="0" w:color="AAB6BC"/>
              <w:left w:val="single" w:sz="6" w:space="0" w:color="AAB6BC"/>
              <w:bottom w:val="single" w:sz="6" w:space="0" w:color="AAB6BC"/>
              <w:right w:val="single" w:sz="6" w:space="0" w:color="AAB6BC"/>
            </w:tcBorders>
            <w:shd w:val="clear" w:color="auto" w:fill="EAF0F3"/>
            <w:tcMar>
              <w:top w:w="55" w:type="dxa"/>
              <w:left w:w="95" w:type="dxa"/>
              <w:bottom w:w="55" w:type="dxa"/>
              <w:right w:w="95" w:type="dxa"/>
            </w:tcMar>
          </w:tcPr>
          <w:p w14:paraId="0327FCA0" w14:textId="77777777" w:rsidR="00B821F6" w:rsidRDefault="00DD0983">
            <w:pPr>
              <w:spacing w:after="0" w:line="250" w:lineRule="auto"/>
            </w:pPr>
            <w:r>
              <w:rPr>
                <w:b/>
                <w:sz w:val="15"/>
              </w:rPr>
              <w:t>その他費用</w:t>
            </w:r>
          </w:p>
        </w:tc>
        <w:tc>
          <w:tcPr>
            <w:tcW w:w="7593" w:type="dxa"/>
            <w:tcBorders>
              <w:top w:val="single" w:sz="6" w:space="0" w:color="AAB6BC"/>
              <w:left w:val="single" w:sz="6" w:space="0" w:color="AAB6BC"/>
              <w:bottom w:val="single" w:sz="6" w:space="0" w:color="AAB6BC"/>
              <w:right w:val="single" w:sz="6" w:space="0" w:color="AAB6BC"/>
            </w:tcBorders>
            <w:tcMar>
              <w:top w:w="55" w:type="dxa"/>
              <w:left w:w="95" w:type="dxa"/>
              <w:bottom w:w="55" w:type="dxa"/>
              <w:right w:w="95" w:type="dxa"/>
            </w:tcMar>
          </w:tcPr>
          <w:p w14:paraId="3013255F" w14:textId="77777777" w:rsidR="00B821F6" w:rsidRDefault="00DD0983">
            <w:pPr>
              <w:spacing w:after="0" w:line="250" w:lineRule="auto"/>
              <w:rPr>
                <w:lang w:eastAsia="ja-JP"/>
              </w:rPr>
            </w:pPr>
            <w:r>
              <w:rPr>
                <w:sz w:val="14"/>
                <w:lang w:eastAsia="ja-JP"/>
              </w:rPr>
              <w:t>診断書、主治医照会、郵送、試し出勤等の費用負担：</w:t>
            </w:r>
          </w:p>
        </w:tc>
      </w:tr>
    </w:tbl>
    <w:p w14:paraId="7415E14F" w14:textId="77777777" w:rsidR="00B821F6" w:rsidRDefault="00DD0983">
      <w:pPr>
        <w:keepNext/>
        <w:shd w:val="clear" w:color="auto" w:fill="EAF0F3"/>
        <w:spacing w:before="80" w:line="240" w:lineRule="auto"/>
        <w:ind w:left="85"/>
        <w:rPr>
          <w:lang w:eastAsia="ja-JP"/>
        </w:rPr>
      </w:pPr>
      <w:r>
        <w:rPr>
          <w:b/>
          <w:color w:val="36596A"/>
          <w:sz w:val="21"/>
          <w:lang w:eastAsia="ja-JP"/>
        </w:rPr>
        <w:t xml:space="preserve">5  </w:t>
      </w:r>
      <w:r>
        <w:rPr>
          <w:b/>
          <w:color w:val="36596A"/>
          <w:sz w:val="21"/>
          <w:lang w:eastAsia="ja-JP"/>
        </w:rPr>
        <w:t>休職中の連絡・書類送付</w:t>
      </w:r>
    </w:p>
    <w:tbl>
      <w:tblPr>
        <w:tblW w:w="10093" w:type="dxa"/>
        <w:tblLayout w:type="fixed"/>
        <w:tblLook w:val="04A0" w:firstRow="1" w:lastRow="0" w:firstColumn="1" w:lastColumn="0" w:noHBand="0" w:noVBand="1"/>
      </w:tblPr>
      <w:tblGrid>
        <w:gridCol w:w="2500"/>
        <w:gridCol w:w="7593"/>
      </w:tblGrid>
      <w:tr w:rsidR="00B821F6" w14:paraId="56CDDDF4" w14:textId="77777777">
        <w:trPr>
          <w:cantSplit/>
          <w:trHeight w:val="430"/>
        </w:trPr>
        <w:tc>
          <w:tcPr>
            <w:tcW w:w="2500" w:type="dxa"/>
            <w:tcBorders>
              <w:top w:val="single" w:sz="6" w:space="0" w:color="AAB6BC"/>
              <w:left w:val="single" w:sz="6" w:space="0" w:color="AAB6BC"/>
              <w:bottom w:val="single" w:sz="6" w:space="0" w:color="AAB6BC"/>
              <w:right w:val="single" w:sz="6" w:space="0" w:color="AAB6BC"/>
            </w:tcBorders>
            <w:shd w:val="clear" w:color="auto" w:fill="EAF0F3"/>
            <w:tcMar>
              <w:top w:w="55" w:type="dxa"/>
              <w:left w:w="95" w:type="dxa"/>
              <w:bottom w:w="55" w:type="dxa"/>
              <w:right w:w="95" w:type="dxa"/>
            </w:tcMar>
          </w:tcPr>
          <w:p w14:paraId="06718D29" w14:textId="77777777" w:rsidR="00B821F6" w:rsidRDefault="00DD0983">
            <w:pPr>
              <w:spacing w:after="0" w:line="250" w:lineRule="auto"/>
            </w:pPr>
            <w:r>
              <w:rPr>
                <w:b/>
                <w:sz w:val="15"/>
              </w:rPr>
              <w:t>基本ルート</w:t>
            </w:r>
          </w:p>
        </w:tc>
        <w:tc>
          <w:tcPr>
            <w:tcW w:w="7593" w:type="dxa"/>
            <w:tcBorders>
              <w:top w:val="single" w:sz="6" w:space="0" w:color="AAB6BC"/>
              <w:left w:val="single" w:sz="6" w:space="0" w:color="AAB6BC"/>
              <w:bottom w:val="single" w:sz="6" w:space="0" w:color="AAB6BC"/>
              <w:right w:val="single" w:sz="6" w:space="0" w:color="AAB6BC"/>
            </w:tcBorders>
            <w:tcMar>
              <w:top w:w="55" w:type="dxa"/>
              <w:left w:w="95" w:type="dxa"/>
              <w:bottom w:w="55" w:type="dxa"/>
              <w:right w:w="95" w:type="dxa"/>
            </w:tcMar>
          </w:tcPr>
          <w:p w14:paraId="4D41224E" w14:textId="77777777" w:rsidR="00B821F6" w:rsidRDefault="00DD0983">
            <w:pPr>
              <w:spacing w:after="0" w:line="250" w:lineRule="auto"/>
              <w:rPr>
                <w:lang w:eastAsia="ja-JP"/>
              </w:rPr>
            </w:pPr>
            <w:r>
              <w:rPr>
                <w:sz w:val="14"/>
                <w:lang w:eastAsia="ja-JP"/>
              </w:rPr>
              <w:t xml:space="preserve">□ </w:t>
            </w:r>
            <w:r>
              <w:rPr>
                <w:sz w:val="14"/>
                <w:lang w:eastAsia="ja-JP"/>
              </w:rPr>
              <w:t>メール</w:t>
            </w:r>
            <w:r>
              <w:rPr>
                <w:sz w:val="14"/>
                <w:lang w:eastAsia="ja-JP"/>
              </w:rPr>
              <w:t xml:space="preserve"> □ </w:t>
            </w:r>
            <w:r>
              <w:rPr>
                <w:sz w:val="14"/>
                <w:lang w:eastAsia="ja-JP"/>
              </w:rPr>
              <w:t>電話</w:t>
            </w:r>
            <w:r>
              <w:rPr>
                <w:sz w:val="14"/>
                <w:lang w:eastAsia="ja-JP"/>
              </w:rPr>
              <w:t xml:space="preserve"> □ </w:t>
            </w:r>
            <w:r>
              <w:rPr>
                <w:sz w:val="14"/>
                <w:lang w:eastAsia="ja-JP"/>
              </w:rPr>
              <w:t>郵送</w:t>
            </w:r>
            <w:r>
              <w:rPr>
                <w:sz w:val="14"/>
                <w:lang w:eastAsia="ja-JP"/>
              </w:rPr>
              <w:t xml:space="preserve"> □ </w:t>
            </w:r>
            <w:r>
              <w:rPr>
                <w:sz w:val="14"/>
                <w:lang w:eastAsia="ja-JP"/>
              </w:rPr>
              <w:t>その他　　第</w:t>
            </w:r>
            <w:r>
              <w:rPr>
                <w:sz w:val="14"/>
                <w:lang w:eastAsia="ja-JP"/>
              </w:rPr>
              <w:t>1</w:t>
            </w:r>
            <w:r>
              <w:rPr>
                <w:sz w:val="14"/>
                <w:lang w:eastAsia="ja-JP"/>
              </w:rPr>
              <w:t>：　　　　第</w:t>
            </w:r>
            <w:r>
              <w:rPr>
                <w:sz w:val="14"/>
                <w:lang w:eastAsia="ja-JP"/>
              </w:rPr>
              <w:t>2</w:t>
            </w:r>
            <w:r>
              <w:rPr>
                <w:sz w:val="14"/>
                <w:lang w:eastAsia="ja-JP"/>
              </w:rPr>
              <w:t>：</w:t>
            </w:r>
          </w:p>
        </w:tc>
      </w:tr>
      <w:tr w:rsidR="00B821F6" w14:paraId="7DCED7A5" w14:textId="77777777">
        <w:trPr>
          <w:cantSplit/>
          <w:trHeight w:val="520"/>
        </w:trPr>
        <w:tc>
          <w:tcPr>
            <w:tcW w:w="2500" w:type="dxa"/>
            <w:tcBorders>
              <w:top w:val="single" w:sz="6" w:space="0" w:color="AAB6BC"/>
              <w:left w:val="single" w:sz="6" w:space="0" w:color="AAB6BC"/>
              <w:bottom w:val="single" w:sz="6" w:space="0" w:color="AAB6BC"/>
              <w:right w:val="single" w:sz="6" w:space="0" w:color="AAB6BC"/>
            </w:tcBorders>
            <w:shd w:val="clear" w:color="auto" w:fill="EAF0F3"/>
            <w:tcMar>
              <w:top w:w="55" w:type="dxa"/>
              <w:left w:w="95" w:type="dxa"/>
              <w:bottom w:w="55" w:type="dxa"/>
              <w:right w:w="95" w:type="dxa"/>
            </w:tcMar>
          </w:tcPr>
          <w:p w14:paraId="32C8CEC1" w14:textId="77777777" w:rsidR="00B821F6" w:rsidRDefault="00DD0983">
            <w:pPr>
              <w:spacing w:after="0" w:line="250" w:lineRule="auto"/>
            </w:pPr>
            <w:r>
              <w:rPr>
                <w:b/>
                <w:sz w:val="15"/>
              </w:rPr>
              <w:t>頻度・時間帯</w:t>
            </w:r>
          </w:p>
        </w:tc>
        <w:tc>
          <w:tcPr>
            <w:tcW w:w="7593" w:type="dxa"/>
            <w:tcBorders>
              <w:top w:val="single" w:sz="6" w:space="0" w:color="AAB6BC"/>
              <w:left w:val="single" w:sz="6" w:space="0" w:color="AAB6BC"/>
              <w:bottom w:val="single" w:sz="6" w:space="0" w:color="AAB6BC"/>
              <w:right w:val="single" w:sz="6" w:space="0" w:color="AAB6BC"/>
            </w:tcBorders>
            <w:tcMar>
              <w:top w:w="55" w:type="dxa"/>
              <w:left w:w="95" w:type="dxa"/>
              <w:bottom w:w="55" w:type="dxa"/>
              <w:right w:w="95" w:type="dxa"/>
            </w:tcMar>
          </w:tcPr>
          <w:p w14:paraId="5CB09848" w14:textId="77777777" w:rsidR="00B821F6" w:rsidRDefault="00DD0983">
            <w:pPr>
              <w:spacing w:after="0" w:line="250" w:lineRule="auto"/>
              <w:rPr>
                <w:lang w:eastAsia="ja-JP"/>
              </w:rPr>
            </w:pPr>
            <w:r>
              <w:rPr>
                <w:sz w:val="14"/>
                <w:lang w:eastAsia="ja-JP"/>
              </w:rPr>
              <w:t>□ 1</w:t>
            </w:r>
            <w:r>
              <w:rPr>
                <w:sz w:val="14"/>
                <w:lang w:eastAsia="ja-JP"/>
              </w:rPr>
              <w:t>か月ごと</w:t>
            </w:r>
            <w:r>
              <w:rPr>
                <w:sz w:val="14"/>
                <w:lang w:eastAsia="ja-JP"/>
              </w:rPr>
              <w:t xml:space="preserve"> □ 2</w:t>
            </w:r>
            <w:r>
              <w:rPr>
                <w:sz w:val="14"/>
                <w:lang w:eastAsia="ja-JP"/>
              </w:rPr>
              <w:t>か月ごと</w:t>
            </w:r>
            <w:r>
              <w:rPr>
                <w:sz w:val="14"/>
                <w:lang w:eastAsia="ja-JP"/>
              </w:rPr>
              <w:t xml:space="preserve"> □</w:t>
            </w:r>
            <w:r>
              <w:rPr>
                <w:sz w:val="14"/>
                <w:lang w:eastAsia="ja-JP"/>
              </w:rPr>
              <w:t xml:space="preserve">　　　週ごと</w:t>
            </w:r>
            <w:r>
              <w:rPr>
                <w:sz w:val="14"/>
                <w:lang w:eastAsia="ja-JP"/>
              </w:rPr>
              <w:t xml:space="preserve"> □ </w:t>
            </w:r>
            <w:r>
              <w:rPr>
                <w:sz w:val="14"/>
                <w:lang w:eastAsia="ja-JP"/>
              </w:rPr>
              <w:t>個別設定</w:t>
            </w:r>
            <w:r>
              <w:rPr>
                <w:sz w:val="14"/>
                <w:lang w:eastAsia="ja-JP"/>
              </w:rPr>
              <w:br/>
            </w:r>
            <w:r>
              <w:rPr>
                <w:sz w:val="14"/>
                <w:lang w:eastAsia="ja-JP"/>
              </w:rPr>
              <w:t>曜日・時間帯：</w:t>
            </w:r>
          </w:p>
        </w:tc>
      </w:tr>
      <w:tr w:rsidR="00B821F6" w14:paraId="6EF993D2" w14:textId="77777777">
        <w:trPr>
          <w:cantSplit/>
          <w:trHeight w:val="430"/>
        </w:trPr>
        <w:tc>
          <w:tcPr>
            <w:tcW w:w="2500" w:type="dxa"/>
            <w:tcBorders>
              <w:top w:val="single" w:sz="6" w:space="0" w:color="AAB6BC"/>
              <w:left w:val="single" w:sz="6" w:space="0" w:color="AAB6BC"/>
              <w:bottom w:val="single" w:sz="6" w:space="0" w:color="AAB6BC"/>
              <w:right w:val="single" w:sz="6" w:space="0" w:color="AAB6BC"/>
            </w:tcBorders>
            <w:shd w:val="clear" w:color="auto" w:fill="EAF0F3"/>
            <w:tcMar>
              <w:top w:w="55" w:type="dxa"/>
              <w:left w:w="95" w:type="dxa"/>
              <w:bottom w:w="55" w:type="dxa"/>
              <w:right w:w="95" w:type="dxa"/>
            </w:tcMar>
          </w:tcPr>
          <w:p w14:paraId="0333DED0" w14:textId="77777777" w:rsidR="00B821F6" w:rsidRDefault="00DD0983">
            <w:pPr>
              <w:spacing w:after="0" w:line="250" w:lineRule="auto"/>
            </w:pPr>
            <w:r>
              <w:rPr>
                <w:b/>
                <w:sz w:val="15"/>
              </w:rPr>
              <w:t>会社窓口</w:t>
            </w:r>
          </w:p>
        </w:tc>
        <w:tc>
          <w:tcPr>
            <w:tcW w:w="7593" w:type="dxa"/>
            <w:tcBorders>
              <w:top w:val="single" w:sz="6" w:space="0" w:color="AAB6BC"/>
              <w:left w:val="single" w:sz="6" w:space="0" w:color="AAB6BC"/>
              <w:bottom w:val="single" w:sz="6" w:space="0" w:color="AAB6BC"/>
              <w:right w:val="single" w:sz="6" w:space="0" w:color="AAB6BC"/>
            </w:tcBorders>
            <w:tcMar>
              <w:top w:w="55" w:type="dxa"/>
              <w:left w:w="95" w:type="dxa"/>
              <w:bottom w:w="55" w:type="dxa"/>
              <w:right w:w="95" w:type="dxa"/>
            </w:tcMar>
          </w:tcPr>
          <w:p w14:paraId="77F78D6D" w14:textId="77777777" w:rsidR="00B821F6" w:rsidRDefault="00DD0983">
            <w:pPr>
              <w:spacing w:after="0" w:line="250" w:lineRule="auto"/>
            </w:pPr>
            <w:r>
              <w:rPr>
                <w:sz w:val="14"/>
              </w:rPr>
              <w:t>担当：　　　　　　　代替担当：　　　　　　　連絡先：</w:t>
            </w:r>
          </w:p>
        </w:tc>
      </w:tr>
      <w:tr w:rsidR="00B821F6" w14:paraId="51477175" w14:textId="77777777">
        <w:trPr>
          <w:cantSplit/>
          <w:trHeight w:val="520"/>
        </w:trPr>
        <w:tc>
          <w:tcPr>
            <w:tcW w:w="2500" w:type="dxa"/>
            <w:tcBorders>
              <w:top w:val="single" w:sz="6" w:space="0" w:color="AAB6BC"/>
              <w:left w:val="single" w:sz="6" w:space="0" w:color="AAB6BC"/>
              <w:bottom w:val="single" w:sz="6" w:space="0" w:color="AAB6BC"/>
              <w:right w:val="single" w:sz="6" w:space="0" w:color="AAB6BC"/>
            </w:tcBorders>
            <w:shd w:val="clear" w:color="auto" w:fill="EAF0F3"/>
            <w:tcMar>
              <w:top w:w="55" w:type="dxa"/>
              <w:left w:w="95" w:type="dxa"/>
              <w:bottom w:w="55" w:type="dxa"/>
              <w:right w:w="95" w:type="dxa"/>
            </w:tcMar>
          </w:tcPr>
          <w:p w14:paraId="77A8CE8E" w14:textId="77777777" w:rsidR="00B821F6" w:rsidRDefault="00DD0983">
            <w:pPr>
              <w:spacing w:after="0" w:line="250" w:lineRule="auto"/>
            </w:pPr>
            <w:r>
              <w:rPr>
                <w:b/>
                <w:sz w:val="15"/>
              </w:rPr>
              <w:t>療養中住所</w:t>
            </w:r>
          </w:p>
        </w:tc>
        <w:tc>
          <w:tcPr>
            <w:tcW w:w="7593" w:type="dxa"/>
            <w:tcBorders>
              <w:top w:val="single" w:sz="6" w:space="0" w:color="AAB6BC"/>
              <w:left w:val="single" w:sz="6" w:space="0" w:color="AAB6BC"/>
              <w:bottom w:val="single" w:sz="6" w:space="0" w:color="AAB6BC"/>
              <w:right w:val="single" w:sz="6" w:space="0" w:color="AAB6BC"/>
            </w:tcBorders>
            <w:tcMar>
              <w:top w:w="55" w:type="dxa"/>
              <w:left w:w="95" w:type="dxa"/>
              <w:bottom w:w="55" w:type="dxa"/>
              <w:right w:w="95" w:type="dxa"/>
            </w:tcMar>
          </w:tcPr>
          <w:p w14:paraId="220913C0" w14:textId="77777777" w:rsidR="00B821F6" w:rsidRDefault="00DD0983">
            <w:pPr>
              <w:spacing w:after="0" w:line="250" w:lineRule="auto"/>
              <w:rPr>
                <w:lang w:eastAsia="ja-JP"/>
              </w:rPr>
            </w:pPr>
            <w:r>
              <w:rPr>
                <w:sz w:val="14"/>
                <w:lang w:eastAsia="ja-JP"/>
              </w:rPr>
              <w:t xml:space="preserve">□ </w:t>
            </w:r>
            <w:r>
              <w:rPr>
                <w:sz w:val="14"/>
                <w:lang w:eastAsia="ja-JP"/>
              </w:rPr>
              <w:t>現住所</w:t>
            </w:r>
            <w:r>
              <w:rPr>
                <w:sz w:val="14"/>
                <w:lang w:eastAsia="ja-JP"/>
              </w:rPr>
              <w:t xml:space="preserve"> □ </w:t>
            </w:r>
            <w:r>
              <w:rPr>
                <w:sz w:val="14"/>
                <w:lang w:eastAsia="ja-JP"/>
              </w:rPr>
              <w:t>実家等　書類送付先：</w:t>
            </w:r>
            <w:r>
              <w:rPr>
                <w:sz w:val="14"/>
                <w:lang w:eastAsia="ja-JP"/>
              </w:rPr>
              <w:br/>
            </w:r>
            <w:r>
              <w:rPr>
                <w:sz w:val="14"/>
                <w:lang w:eastAsia="ja-JP"/>
              </w:rPr>
              <w:t>変更時の届出方法：</w:t>
            </w:r>
          </w:p>
        </w:tc>
      </w:tr>
      <w:tr w:rsidR="00B821F6" w14:paraId="2E1D7B5F" w14:textId="77777777">
        <w:trPr>
          <w:cantSplit/>
          <w:trHeight w:val="430"/>
        </w:trPr>
        <w:tc>
          <w:tcPr>
            <w:tcW w:w="2500" w:type="dxa"/>
            <w:tcBorders>
              <w:top w:val="single" w:sz="6" w:space="0" w:color="AAB6BC"/>
              <w:left w:val="single" w:sz="6" w:space="0" w:color="AAB6BC"/>
              <w:bottom w:val="single" w:sz="6" w:space="0" w:color="AAB6BC"/>
              <w:right w:val="single" w:sz="6" w:space="0" w:color="AAB6BC"/>
            </w:tcBorders>
            <w:shd w:val="clear" w:color="auto" w:fill="EAF0F3"/>
            <w:tcMar>
              <w:top w:w="55" w:type="dxa"/>
              <w:left w:w="95" w:type="dxa"/>
              <w:bottom w:w="55" w:type="dxa"/>
              <w:right w:w="95" w:type="dxa"/>
            </w:tcMar>
          </w:tcPr>
          <w:p w14:paraId="3CD884FF" w14:textId="77777777" w:rsidR="00B821F6" w:rsidRDefault="00DD0983">
            <w:pPr>
              <w:spacing w:after="0" w:line="250" w:lineRule="auto"/>
            </w:pPr>
            <w:r>
              <w:rPr>
                <w:b/>
                <w:sz w:val="15"/>
              </w:rPr>
              <w:t>未応答時</w:t>
            </w:r>
          </w:p>
        </w:tc>
        <w:tc>
          <w:tcPr>
            <w:tcW w:w="7593" w:type="dxa"/>
            <w:tcBorders>
              <w:top w:val="single" w:sz="6" w:space="0" w:color="AAB6BC"/>
              <w:left w:val="single" w:sz="6" w:space="0" w:color="AAB6BC"/>
              <w:bottom w:val="single" w:sz="6" w:space="0" w:color="AAB6BC"/>
              <w:right w:val="single" w:sz="6" w:space="0" w:color="AAB6BC"/>
            </w:tcBorders>
            <w:tcMar>
              <w:top w:w="55" w:type="dxa"/>
              <w:left w:w="95" w:type="dxa"/>
              <w:bottom w:w="55" w:type="dxa"/>
              <w:right w:w="95" w:type="dxa"/>
            </w:tcMar>
          </w:tcPr>
          <w:p w14:paraId="59730F44" w14:textId="77777777" w:rsidR="00B821F6" w:rsidRDefault="00DD0983">
            <w:pPr>
              <w:spacing w:after="0" w:line="250" w:lineRule="auto"/>
              <w:rPr>
                <w:lang w:eastAsia="ja-JP"/>
              </w:rPr>
            </w:pPr>
            <w:r>
              <w:rPr>
                <w:sz w:val="14"/>
                <w:lang w:eastAsia="ja-JP"/>
              </w:rPr>
              <w:t>再連絡の方法・間隔：　　　　　　　　　書面送付：</w:t>
            </w:r>
            <w:r>
              <w:rPr>
                <w:sz w:val="14"/>
                <w:lang w:eastAsia="ja-JP"/>
              </w:rPr>
              <w:t xml:space="preserve">□ </w:t>
            </w:r>
            <w:r>
              <w:rPr>
                <w:sz w:val="14"/>
                <w:lang w:eastAsia="ja-JP"/>
              </w:rPr>
              <w:t>あり</w:t>
            </w:r>
            <w:r>
              <w:rPr>
                <w:sz w:val="14"/>
                <w:lang w:eastAsia="ja-JP"/>
              </w:rPr>
              <w:t xml:space="preserve"> □ </w:t>
            </w:r>
            <w:r>
              <w:rPr>
                <w:sz w:val="14"/>
                <w:lang w:eastAsia="ja-JP"/>
              </w:rPr>
              <w:t>なし</w:t>
            </w:r>
          </w:p>
        </w:tc>
      </w:tr>
      <w:tr w:rsidR="00B821F6" w14:paraId="64C1316F" w14:textId="77777777">
        <w:trPr>
          <w:cantSplit/>
          <w:trHeight w:val="560"/>
        </w:trPr>
        <w:tc>
          <w:tcPr>
            <w:tcW w:w="2500" w:type="dxa"/>
            <w:tcBorders>
              <w:top w:val="single" w:sz="6" w:space="0" w:color="AAB6BC"/>
              <w:left w:val="single" w:sz="6" w:space="0" w:color="AAB6BC"/>
              <w:bottom w:val="single" w:sz="6" w:space="0" w:color="AAB6BC"/>
              <w:right w:val="single" w:sz="6" w:space="0" w:color="AAB6BC"/>
            </w:tcBorders>
            <w:shd w:val="clear" w:color="auto" w:fill="EAF0F3"/>
            <w:tcMar>
              <w:top w:w="55" w:type="dxa"/>
              <w:left w:w="95" w:type="dxa"/>
              <w:bottom w:w="55" w:type="dxa"/>
              <w:right w:w="95" w:type="dxa"/>
            </w:tcMar>
          </w:tcPr>
          <w:p w14:paraId="3C12B2EB" w14:textId="77777777" w:rsidR="00B821F6" w:rsidRDefault="00DD0983">
            <w:pPr>
              <w:spacing w:after="0" w:line="250" w:lineRule="auto"/>
            </w:pPr>
            <w:r>
              <w:rPr>
                <w:b/>
                <w:sz w:val="15"/>
              </w:rPr>
              <w:t>緊急連絡</w:t>
            </w:r>
          </w:p>
        </w:tc>
        <w:tc>
          <w:tcPr>
            <w:tcW w:w="7593" w:type="dxa"/>
            <w:tcBorders>
              <w:top w:val="single" w:sz="6" w:space="0" w:color="AAB6BC"/>
              <w:left w:val="single" w:sz="6" w:space="0" w:color="AAB6BC"/>
              <w:bottom w:val="single" w:sz="6" w:space="0" w:color="AAB6BC"/>
              <w:right w:val="single" w:sz="6" w:space="0" w:color="AAB6BC"/>
            </w:tcBorders>
            <w:tcMar>
              <w:top w:w="55" w:type="dxa"/>
              <w:left w:w="95" w:type="dxa"/>
              <w:bottom w:w="55" w:type="dxa"/>
              <w:right w:w="95" w:type="dxa"/>
            </w:tcMar>
          </w:tcPr>
          <w:p w14:paraId="3466BF2F" w14:textId="77777777" w:rsidR="00B821F6" w:rsidRDefault="00DD0983">
            <w:pPr>
              <w:spacing w:after="0" w:line="250" w:lineRule="auto"/>
              <w:rPr>
                <w:lang w:eastAsia="ja-JP"/>
              </w:rPr>
            </w:pPr>
            <w:r>
              <w:rPr>
                <w:sz w:val="14"/>
                <w:lang w:eastAsia="ja-JP"/>
              </w:rPr>
              <w:t xml:space="preserve">□ </w:t>
            </w:r>
            <w:r>
              <w:rPr>
                <w:sz w:val="14"/>
                <w:lang w:eastAsia="ja-JP"/>
              </w:rPr>
              <w:t>事前同意あり</w:t>
            </w:r>
            <w:r>
              <w:rPr>
                <w:sz w:val="14"/>
                <w:lang w:eastAsia="ja-JP"/>
              </w:rPr>
              <w:t xml:space="preserve"> □ </w:t>
            </w:r>
            <w:r>
              <w:rPr>
                <w:sz w:val="14"/>
                <w:lang w:eastAsia="ja-JP"/>
              </w:rPr>
              <w:t>個別同意</w:t>
            </w:r>
            <w:r>
              <w:rPr>
                <w:sz w:val="14"/>
                <w:lang w:eastAsia="ja-JP"/>
              </w:rPr>
              <w:t xml:space="preserve"> □ </w:t>
            </w:r>
            <w:r>
              <w:rPr>
                <w:sz w:val="14"/>
                <w:lang w:eastAsia="ja-JP"/>
              </w:rPr>
              <w:t>原則不可</w:t>
            </w:r>
            <w:r>
              <w:rPr>
                <w:sz w:val="14"/>
                <w:lang w:eastAsia="ja-JP"/>
              </w:rPr>
              <w:br/>
            </w:r>
            <w:r>
              <w:rPr>
                <w:sz w:val="14"/>
                <w:lang w:eastAsia="ja-JP"/>
              </w:rPr>
              <w:t>連絡先は休職申請書を参照／利用目的・共有範囲：</w:t>
            </w:r>
          </w:p>
        </w:tc>
      </w:tr>
    </w:tbl>
    <w:p w14:paraId="6292547A" w14:textId="77777777" w:rsidR="00B821F6" w:rsidRDefault="00DD0983">
      <w:pPr>
        <w:keepNext/>
        <w:shd w:val="clear" w:color="auto" w:fill="EAF0F3"/>
        <w:spacing w:before="80" w:line="240" w:lineRule="auto"/>
        <w:ind w:left="85"/>
      </w:pPr>
      <w:r>
        <w:rPr>
          <w:b/>
          <w:color w:val="36596A"/>
          <w:sz w:val="21"/>
        </w:rPr>
        <w:t xml:space="preserve">6  </w:t>
      </w:r>
      <w:r>
        <w:rPr>
          <w:b/>
          <w:color w:val="36596A"/>
          <w:sz w:val="21"/>
        </w:rPr>
        <w:t>健康情報・主治医連携</w:t>
      </w:r>
    </w:p>
    <w:tbl>
      <w:tblPr>
        <w:tblW w:w="10093" w:type="dxa"/>
        <w:tblLayout w:type="fixed"/>
        <w:tblLook w:val="04A0" w:firstRow="1" w:lastRow="0" w:firstColumn="1" w:lastColumn="0" w:noHBand="0" w:noVBand="1"/>
      </w:tblPr>
      <w:tblGrid>
        <w:gridCol w:w="2500"/>
        <w:gridCol w:w="7593"/>
      </w:tblGrid>
      <w:tr w:rsidR="00B821F6" w14:paraId="43D2C80A" w14:textId="77777777">
        <w:trPr>
          <w:cantSplit/>
          <w:trHeight w:val="430"/>
        </w:trPr>
        <w:tc>
          <w:tcPr>
            <w:tcW w:w="2500" w:type="dxa"/>
            <w:tcBorders>
              <w:top w:val="single" w:sz="6" w:space="0" w:color="AAB6BC"/>
              <w:left w:val="single" w:sz="6" w:space="0" w:color="AAB6BC"/>
              <w:bottom w:val="single" w:sz="6" w:space="0" w:color="AAB6BC"/>
              <w:right w:val="single" w:sz="6" w:space="0" w:color="AAB6BC"/>
            </w:tcBorders>
            <w:shd w:val="clear" w:color="auto" w:fill="EAF0F3"/>
            <w:tcMar>
              <w:top w:w="55" w:type="dxa"/>
              <w:left w:w="95" w:type="dxa"/>
              <w:bottom w:w="55" w:type="dxa"/>
              <w:right w:w="95" w:type="dxa"/>
            </w:tcMar>
          </w:tcPr>
          <w:p w14:paraId="22BFAE67" w14:textId="77777777" w:rsidR="00B821F6" w:rsidRDefault="00DD0983">
            <w:pPr>
              <w:spacing w:after="0" w:line="250" w:lineRule="auto"/>
            </w:pPr>
            <w:r>
              <w:rPr>
                <w:b/>
                <w:sz w:val="15"/>
              </w:rPr>
              <w:t>収集範囲</w:t>
            </w:r>
          </w:p>
        </w:tc>
        <w:tc>
          <w:tcPr>
            <w:tcW w:w="7593" w:type="dxa"/>
            <w:tcBorders>
              <w:top w:val="single" w:sz="6" w:space="0" w:color="AAB6BC"/>
              <w:left w:val="single" w:sz="6" w:space="0" w:color="AAB6BC"/>
              <w:bottom w:val="single" w:sz="6" w:space="0" w:color="AAB6BC"/>
              <w:right w:val="single" w:sz="6" w:space="0" w:color="AAB6BC"/>
            </w:tcBorders>
            <w:tcMar>
              <w:top w:w="55" w:type="dxa"/>
              <w:left w:w="95" w:type="dxa"/>
              <w:bottom w:w="55" w:type="dxa"/>
              <w:right w:w="95" w:type="dxa"/>
            </w:tcMar>
          </w:tcPr>
          <w:p w14:paraId="2E927658" w14:textId="77777777" w:rsidR="00B821F6" w:rsidRDefault="00DD0983">
            <w:pPr>
              <w:spacing w:after="0" w:line="250" w:lineRule="auto"/>
              <w:rPr>
                <w:lang w:eastAsia="ja-JP"/>
              </w:rPr>
            </w:pPr>
            <w:r>
              <w:rPr>
                <w:sz w:val="14"/>
                <w:lang w:eastAsia="ja-JP"/>
              </w:rPr>
              <w:t xml:space="preserve">□ </w:t>
            </w:r>
            <w:r>
              <w:rPr>
                <w:sz w:val="14"/>
                <w:lang w:eastAsia="ja-JP"/>
              </w:rPr>
              <w:t>手続・健康確保・就業配慮に必要な範囲に限定することを説明</w:t>
            </w:r>
          </w:p>
        </w:tc>
      </w:tr>
      <w:tr w:rsidR="00B821F6" w14:paraId="3B9DA4AC" w14:textId="77777777">
        <w:trPr>
          <w:cantSplit/>
          <w:trHeight w:val="560"/>
        </w:trPr>
        <w:tc>
          <w:tcPr>
            <w:tcW w:w="2500" w:type="dxa"/>
            <w:tcBorders>
              <w:top w:val="single" w:sz="6" w:space="0" w:color="AAB6BC"/>
              <w:left w:val="single" w:sz="6" w:space="0" w:color="AAB6BC"/>
              <w:bottom w:val="single" w:sz="6" w:space="0" w:color="AAB6BC"/>
              <w:right w:val="single" w:sz="6" w:space="0" w:color="AAB6BC"/>
            </w:tcBorders>
            <w:shd w:val="clear" w:color="auto" w:fill="EAF0F3"/>
            <w:tcMar>
              <w:top w:w="55" w:type="dxa"/>
              <w:left w:w="95" w:type="dxa"/>
              <w:bottom w:w="55" w:type="dxa"/>
              <w:right w:w="95" w:type="dxa"/>
            </w:tcMar>
          </w:tcPr>
          <w:p w14:paraId="0850F8B5" w14:textId="77777777" w:rsidR="00B821F6" w:rsidRDefault="00DD0983">
            <w:pPr>
              <w:spacing w:after="0" w:line="250" w:lineRule="auto"/>
            </w:pPr>
            <w:r>
              <w:rPr>
                <w:b/>
                <w:sz w:val="15"/>
              </w:rPr>
              <w:t>共有範囲</w:t>
            </w:r>
          </w:p>
        </w:tc>
        <w:tc>
          <w:tcPr>
            <w:tcW w:w="7593" w:type="dxa"/>
            <w:tcBorders>
              <w:top w:val="single" w:sz="6" w:space="0" w:color="AAB6BC"/>
              <w:left w:val="single" w:sz="6" w:space="0" w:color="AAB6BC"/>
              <w:bottom w:val="single" w:sz="6" w:space="0" w:color="AAB6BC"/>
              <w:right w:val="single" w:sz="6" w:space="0" w:color="AAB6BC"/>
            </w:tcBorders>
            <w:tcMar>
              <w:top w:w="55" w:type="dxa"/>
              <w:left w:w="95" w:type="dxa"/>
              <w:bottom w:w="55" w:type="dxa"/>
              <w:right w:w="95" w:type="dxa"/>
            </w:tcMar>
          </w:tcPr>
          <w:p w14:paraId="2561FFC3" w14:textId="77777777" w:rsidR="00B821F6" w:rsidRDefault="00DD0983">
            <w:pPr>
              <w:spacing w:after="0" w:line="250" w:lineRule="auto"/>
              <w:rPr>
                <w:lang w:eastAsia="ja-JP"/>
              </w:rPr>
            </w:pPr>
            <w:r>
              <w:rPr>
                <w:sz w:val="14"/>
                <w:lang w:eastAsia="ja-JP"/>
              </w:rPr>
              <w:t xml:space="preserve">□ </w:t>
            </w:r>
            <w:r>
              <w:rPr>
                <w:sz w:val="14"/>
                <w:lang w:eastAsia="ja-JP"/>
              </w:rPr>
              <w:t>人事</w:t>
            </w:r>
            <w:r>
              <w:rPr>
                <w:sz w:val="14"/>
                <w:lang w:eastAsia="ja-JP"/>
              </w:rPr>
              <w:t xml:space="preserve"> □ </w:t>
            </w:r>
            <w:r>
              <w:rPr>
                <w:sz w:val="14"/>
                <w:lang w:eastAsia="ja-JP"/>
              </w:rPr>
              <w:t>上司</w:t>
            </w:r>
            <w:r>
              <w:rPr>
                <w:sz w:val="14"/>
                <w:lang w:eastAsia="ja-JP"/>
              </w:rPr>
              <w:t xml:space="preserve"> □ </w:t>
            </w:r>
            <w:r>
              <w:rPr>
                <w:sz w:val="14"/>
                <w:lang w:eastAsia="ja-JP"/>
              </w:rPr>
              <w:t>産業保健</w:t>
            </w:r>
            <w:r>
              <w:rPr>
                <w:sz w:val="14"/>
                <w:lang w:eastAsia="ja-JP"/>
              </w:rPr>
              <w:t xml:space="preserve"> □ </w:t>
            </w:r>
            <w:r>
              <w:rPr>
                <w:sz w:val="14"/>
                <w:lang w:eastAsia="ja-JP"/>
              </w:rPr>
              <w:t>決定権者</w:t>
            </w:r>
            <w:r>
              <w:rPr>
                <w:sz w:val="14"/>
                <w:lang w:eastAsia="ja-JP"/>
              </w:rPr>
              <w:t xml:space="preserve"> □ </w:t>
            </w:r>
            <w:r>
              <w:rPr>
                <w:sz w:val="14"/>
                <w:lang w:eastAsia="ja-JP"/>
              </w:rPr>
              <w:t>その他</w:t>
            </w:r>
            <w:r>
              <w:rPr>
                <w:sz w:val="14"/>
                <w:lang w:eastAsia="ja-JP"/>
              </w:rPr>
              <w:br/>
            </w:r>
            <w:r>
              <w:rPr>
                <w:sz w:val="14"/>
                <w:lang w:eastAsia="ja-JP"/>
              </w:rPr>
              <w:t>各共有先へ伝える内容：</w:t>
            </w:r>
          </w:p>
        </w:tc>
      </w:tr>
      <w:tr w:rsidR="00B821F6" w14:paraId="2FF099F9" w14:textId="77777777">
        <w:trPr>
          <w:cantSplit/>
          <w:trHeight w:val="460"/>
        </w:trPr>
        <w:tc>
          <w:tcPr>
            <w:tcW w:w="2500" w:type="dxa"/>
            <w:tcBorders>
              <w:top w:val="single" w:sz="6" w:space="0" w:color="AAB6BC"/>
              <w:left w:val="single" w:sz="6" w:space="0" w:color="AAB6BC"/>
              <w:bottom w:val="single" w:sz="6" w:space="0" w:color="AAB6BC"/>
              <w:right w:val="single" w:sz="6" w:space="0" w:color="AAB6BC"/>
            </w:tcBorders>
            <w:shd w:val="clear" w:color="auto" w:fill="EAF0F3"/>
            <w:tcMar>
              <w:top w:w="55" w:type="dxa"/>
              <w:left w:w="95" w:type="dxa"/>
              <w:bottom w:w="55" w:type="dxa"/>
              <w:right w:w="95" w:type="dxa"/>
            </w:tcMar>
          </w:tcPr>
          <w:p w14:paraId="29C3233E" w14:textId="77777777" w:rsidR="00B821F6" w:rsidRDefault="00DD0983">
            <w:pPr>
              <w:spacing w:after="0" w:line="250" w:lineRule="auto"/>
            </w:pPr>
            <w:r>
              <w:rPr>
                <w:b/>
                <w:sz w:val="15"/>
              </w:rPr>
              <w:t>主治医照会</w:t>
            </w:r>
          </w:p>
        </w:tc>
        <w:tc>
          <w:tcPr>
            <w:tcW w:w="7593" w:type="dxa"/>
            <w:tcBorders>
              <w:top w:val="single" w:sz="6" w:space="0" w:color="AAB6BC"/>
              <w:left w:val="single" w:sz="6" w:space="0" w:color="AAB6BC"/>
              <w:bottom w:val="single" w:sz="6" w:space="0" w:color="AAB6BC"/>
              <w:right w:val="single" w:sz="6" w:space="0" w:color="AAB6BC"/>
            </w:tcBorders>
            <w:tcMar>
              <w:top w:w="55" w:type="dxa"/>
              <w:left w:w="95" w:type="dxa"/>
              <w:bottom w:w="55" w:type="dxa"/>
              <w:right w:w="95" w:type="dxa"/>
            </w:tcMar>
          </w:tcPr>
          <w:p w14:paraId="3E2BC350" w14:textId="77777777" w:rsidR="00B821F6" w:rsidRDefault="00DD0983">
            <w:pPr>
              <w:spacing w:after="0" w:line="250" w:lineRule="auto"/>
              <w:rPr>
                <w:lang w:eastAsia="ja-JP"/>
              </w:rPr>
            </w:pPr>
            <w:r>
              <w:rPr>
                <w:sz w:val="14"/>
                <w:lang w:eastAsia="ja-JP"/>
              </w:rPr>
              <w:t xml:space="preserve">□ </w:t>
            </w:r>
            <w:r>
              <w:rPr>
                <w:sz w:val="14"/>
                <w:lang w:eastAsia="ja-JP"/>
              </w:rPr>
              <w:t>必要時は目的・質問事項を説明し本人同意を得る</w:t>
            </w:r>
            <w:r>
              <w:rPr>
                <w:sz w:val="14"/>
                <w:lang w:eastAsia="ja-JP"/>
              </w:rPr>
              <w:t xml:space="preserve"> □ </w:t>
            </w:r>
            <w:r>
              <w:rPr>
                <w:sz w:val="14"/>
                <w:lang w:eastAsia="ja-JP"/>
              </w:rPr>
              <w:t>費用負担を説明</w:t>
            </w:r>
          </w:p>
        </w:tc>
      </w:tr>
      <w:tr w:rsidR="00B821F6" w14:paraId="09D6C32E" w14:textId="77777777">
        <w:trPr>
          <w:cantSplit/>
          <w:trHeight w:val="430"/>
        </w:trPr>
        <w:tc>
          <w:tcPr>
            <w:tcW w:w="2500" w:type="dxa"/>
            <w:tcBorders>
              <w:top w:val="single" w:sz="6" w:space="0" w:color="AAB6BC"/>
              <w:left w:val="single" w:sz="6" w:space="0" w:color="AAB6BC"/>
              <w:bottom w:val="single" w:sz="6" w:space="0" w:color="AAB6BC"/>
              <w:right w:val="single" w:sz="6" w:space="0" w:color="AAB6BC"/>
            </w:tcBorders>
            <w:shd w:val="clear" w:color="auto" w:fill="EAF0F3"/>
            <w:tcMar>
              <w:top w:w="55" w:type="dxa"/>
              <w:left w:w="95" w:type="dxa"/>
              <w:bottom w:w="55" w:type="dxa"/>
              <w:right w:w="95" w:type="dxa"/>
            </w:tcMar>
          </w:tcPr>
          <w:p w14:paraId="3C4FAAFE" w14:textId="77777777" w:rsidR="00B821F6" w:rsidRDefault="00DD0983">
            <w:pPr>
              <w:spacing w:after="0" w:line="250" w:lineRule="auto"/>
            </w:pPr>
            <w:r>
              <w:rPr>
                <w:b/>
                <w:sz w:val="15"/>
              </w:rPr>
              <w:t>保管・照会</w:t>
            </w:r>
          </w:p>
        </w:tc>
        <w:tc>
          <w:tcPr>
            <w:tcW w:w="7593" w:type="dxa"/>
            <w:tcBorders>
              <w:top w:val="single" w:sz="6" w:space="0" w:color="AAB6BC"/>
              <w:left w:val="single" w:sz="6" w:space="0" w:color="AAB6BC"/>
              <w:bottom w:val="single" w:sz="6" w:space="0" w:color="AAB6BC"/>
              <w:right w:val="single" w:sz="6" w:space="0" w:color="AAB6BC"/>
            </w:tcBorders>
            <w:tcMar>
              <w:top w:w="55" w:type="dxa"/>
              <w:left w:w="95" w:type="dxa"/>
              <w:bottom w:w="55" w:type="dxa"/>
              <w:right w:w="95" w:type="dxa"/>
            </w:tcMar>
          </w:tcPr>
          <w:p w14:paraId="575F9B54" w14:textId="77777777" w:rsidR="00B821F6" w:rsidRDefault="00DD0983">
            <w:pPr>
              <w:spacing w:after="0" w:line="250" w:lineRule="auto"/>
              <w:rPr>
                <w:lang w:eastAsia="ja-JP"/>
              </w:rPr>
            </w:pPr>
            <w:r>
              <w:rPr>
                <w:sz w:val="14"/>
                <w:lang w:eastAsia="ja-JP"/>
              </w:rPr>
              <w:t>保管先：　　　　　　　取扱責任者：　　　　　　　本人からの問い合わせ先：</w:t>
            </w:r>
          </w:p>
        </w:tc>
      </w:tr>
    </w:tbl>
    <w:p w14:paraId="0F0A7123" w14:textId="77777777" w:rsidR="00B821F6" w:rsidRDefault="00DD0983">
      <w:pPr>
        <w:keepNext/>
        <w:pageBreakBefore/>
        <w:spacing w:after="40" w:line="240" w:lineRule="auto"/>
        <w:jc w:val="center"/>
        <w:rPr>
          <w:lang w:eastAsia="ja-JP"/>
        </w:rPr>
      </w:pPr>
      <w:r>
        <w:rPr>
          <w:b/>
          <w:sz w:val="31"/>
          <w:lang w:eastAsia="ja-JP"/>
        </w:rPr>
        <w:lastRenderedPageBreak/>
        <w:t>復職手順・交付物・本人確認</w:t>
      </w:r>
    </w:p>
    <w:p w14:paraId="1EA312C0" w14:textId="77777777" w:rsidR="00B821F6" w:rsidRDefault="00DD0983">
      <w:pPr>
        <w:spacing w:after="100" w:line="240" w:lineRule="auto"/>
        <w:jc w:val="center"/>
        <w:rPr>
          <w:lang w:eastAsia="ja-JP"/>
        </w:rPr>
      </w:pPr>
      <w:r>
        <w:rPr>
          <w:color w:val="65747C"/>
          <w:sz w:val="16"/>
          <w:lang w:eastAsia="ja-JP"/>
        </w:rPr>
        <w:t>休職開始時点で、復職までの道筋と期限を明確化</w:t>
      </w:r>
    </w:p>
    <w:p w14:paraId="71130AB7" w14:textId="77777777" w:rsidR="00B821F6" w:rsidRDefault="00DD0983">
      <w:pPr>
        <w:keepNext/>
        <w:shd w:val="clear" w:color="auto" w:fill="EAF0F3"/>
        <w:spacing w:before="80" w:line="240" w:lineRule="auto"/>
        <w:ind w:left="85"/>
        <w:rPr>
          <w:lang w:eastAsia="ja-JP"/>
        </w:rPr>
      </w:pPr>
      <w:r>
        <w:rPr>
          <w:b/>
          <w:color w:val="36596A"/>
          <w:sz w:val="21"/>
          <w:lang w:eastAsia="ja-JP"/>
        </w:rPr>
        <w:t xml:space="preserve">7  </w:t>
      </w:r>
      <w:r>
        <w:rPr>
          <w:b/>
          <w:color w:val="36596A"/>
          <w:sz w:val="21"/>
          <w:lang w:eastAsia="ja-JP"/>
        </w:rPr>
        <w:t>復職申請から会社決定まで</w:t>
      </w:r>
    </w:p>
    <w:tbl>
      <w:tblPr>
        <w:tblW w:w="10093" w:type="dxa"/>
        <w:tblLayout w:type="fixed"/>
        <w:tblLook w:val="04A0" w:firstRow="1" w:lastRow="0" w:firstColumn="1" w:lastColumn="0" w:noHBand="0" w:noVBand="1"/>
      </w:tblPr>
      <w:tblGrid>
        <w:gridCol w:w="2500"/>
        <w:gridCol w:w="7593"/>
      </w:tblGrid>
      <w:tr w:rsidR="00B821F6" w14:paraId="10B4AFC2" w14:textId="77777777">
        <w:trPr>
          <w:cantSplit/>
          <w:trHeight w:val="420"/>
        </w:trPr>
        <w:tc>
          <w:tcPr>
            <w:tcW w:w="2500" w:type="dxa"/>
            <w:tcBorders>
              <w:top w:val="single" w:sz="6" w:space="0" w:color="AAB6BC"/>
              <w:left w:val="single" w:sz="6" w:space="0" w:color="AAB6BC"/>
              <w:bottom w:val="single" w:sz="6" w:space="0" w:color="AAB6BC"/>
              <w:right w:val="single" w:sz="6" w:space="0" w:color="AAB6BC"/>
            </w:tcBorders>
            <w:shd w:val="clear" w:color="auto" w:fill="EAF0F3"/>
            <w:tcMar>
              <w:top w:w="55" w:type="dxa"/>
              <w:left w:w="95" w:type="dxa"/>
              <w:bottom w:w="55" w:type="dxa"/>
              <w:right w:w="95" w:type="dxa"/>
            </w:tcMar>
          </w:tcPr>
          <w:p w14:paraId="028F0CD0" w14:textId="77777777" w:rsidR="00B821F6" w:rsidRDefault="00DD0983">
            <w:pPr>
              <w:spacing w:after="0" w:line="250" w:lineRule="auto"/>
            </w:pPr>
            <w:r>
              <w:rPr>
                <w:b/>
                <w:sz w:val="15"/>
              </w:rPr>
              <w:t>本人の意思表示</w:t>
            </w:r>
          </w:p>
        </w:tc>
        <w:tc>
          <w:tcPr>
            <w:tcW w:w="7593" w:type="dxa"/>
            <w:tcBorders>
              <w:top w:val="single" w:sz="6" w:space="0" w:color="AAB6BC"/>
              <w:left w:val="single" w:sz="6" w:space="0" w:color="AAB6BC"/>
              <w:bottom w:val="single" w:sz="6" w:space="0" w:color="AAB6BC"/>
              <w:right w:val="single" w:sz="6" w:space="0" w:color="AAB6BC"/>
            </w:tcBorders>
            <w:tcMar>
              <w:top w:w="55" w:type="dxa"/>
              <w:left w:w="95" w:type="dxa"/>
              <w:bottom w:w="55" w:type="dxa"/>
              <w:right w:w="95" w:type="dxa"/>
            </w:tcMar>
          </w:tcPr>
          <w:p w14:paraId="44EB44A1" w14:textId="77777777" w:rsidR="00B821F6" w:rsidRDefault="00DD0983">
            <w:pPr>
              <w:spacing w:after="0" w:line="250" w:lineRule="auto"/>
              <w:rPr>
                <w:lang w:eastAsia="ja-JP"/>
              </w:rPr>
            </w:pPr>
            <w:r>
              <w:rPr>
                <w:sz w:val="14"/>
                <w:lang w:eastAsia="ja-JP"/>
              </w:rPr>
              <w:t xml:space="preserve">□ </w:t>
            </w:r>
            <w:r>
              <w:rPr>
                <w:sz w:val="14"/>
                <w:lang w:eastAsia="ja-JP"/>
              </w:rPr>
              <w:t>復職希望時は会社窓口へ申し出ることを説明</w:t>
            </w:r>
          </w:p>
        </w:tc>
      </w:tr>
      <w:tr w:rsidR="00B821F6" w14:paraId="6E3D3399" w14:textId="77777777">
        <w:trPr>
          <w:cantSplit/>
          <w:trHeight w:val="540"/>
        </w:trPr>
        <w:tc>
          <w:tcPr>
            <w:tcW w:w="2500" w:type="dxa"/>
            <w:tcBorders>
              <w:top w:val="single" w:sz="6" w:space="0" w:color="AAB6BC"/>
              <w:left w:val="single" w:sz="6" w:space="0" w:color="AAB6BC"/>
              <w:bottom w:val="single" w:sz="6" w:space="0" w:color="AAB6BC"/>
              <w:right w:val="single" w:sz="6" w:space="0" w:color="AAB6BC"/>
            </w:tcBorders>
            <w:shd w:val="clear" w:color="auto" w:fill="EAF0F3"/>
            <w:tcMar>
              <w:top w:w="55" w:type="dxa"/>
              <w:left w:w="95" w:type="dxa"/>
              <w:bottom w:w="55" w:type="dxa"/>
              <w:right w:w="95" w:type="dxa"/>
            </w:tcMar>
          </w:tcPr>
          <w:p w14:paraId="7EC752BB" w14:textId="77777777" w:rsidR="00B821F6" w:rsidRDefault="00DD0983">
            <w:pPr>
              <w:spacing w:after="0" w:line="250" w:lineRule="auto"/>
            </w:pPr>
            <w:r>
              <w:rPr>
                <w:b/>
                <w:sz w:val="15"/>
              </w:rPr>
              <w:t>提出書類</w:t>
            </w:r>
          </w:p>
        </w:tc>
        <w:tc>
          <w:tcPr>
            <w:tcW w:w="7593" w:type="dxa"/>
            <w:tcBorders>
              <w:top w:val="single" w:sz="6" w:space="0" w:color="AAB6BC"/>
              <w:left w:val="single" w:sz="6" w:space="0" w:color="AAB6BC"/>
              <w:bottom w:val="single" w:sz="6" w:space="0" w:color="AAB6BC"/>
              <w:right w:val="single" w:sz="6" w:space="0" w:color="AAB6BC"/>
            </w:tcBorders>
            <w:tcMar>
              <w:top w:w="55" w:type="dxa"/>
              <w:left w:w="95" w:type="dxa"/>
              <w:bottom w:w="55" w:type="dxa"/>
              <w:right w:w="95" w:type="dxa"/>
            </w:tcMar>
          </w:tcPr>
          <w:p w14:paraId="3FBDC50C" w14:textId="77777777" w:rsidR="00B821F6" w:rsidRDefault="00DD0983">
            <w:pPr>
              <w:spacing w:after="0" w:line="250" w:lineRule="auto"/>
              <w:rPr>
                <w:lang w:eastAsia="ja-JP"/>
              </w:rPr>
            </w:pPr>
            <w:r>
              <w:rPr>
                <w:sz w:val="14"/>
                <w:lang w:eastAsia="ja-JP"/>
              </w:rPr>
              <w:t xml:space="preserve">□ </w:t>
            </w:r>
            <w:r>
              <w:rPr>
                <w:sz w:val="14"/>
                <w:lang w:eastAsia="ja-JP"/>
              </w:rPr>
              <w:t>復職願</w:t>
            </w:r>
            <w:r>
              <w:rPr>
                <w:sz w:val="14"/>
                <w:lang w:eastAsia="ja-JP"/>
              </w:rPr>
              <w:t xml:space="preserve"> □ </w:t>
            </w:r>
            <w:r>
              <w:rPr>
                <w:sz w:val="14"/>
                <w:lang w:eastAsia="ja-JP"/>
              </w:rPr>
              <w:t>主治医診断書</w:t>
            </w:r>
            <w:r>
              <w:rPr>
                <w:sz w:val="14"/>
                <w:lang w:eastAsia="ja-JP"/>
              </w:rPr>
              <w:t xml:space="preserve"> □ </w:t>
            </w:r>
            <w:r>
              <w:rPr>
                <w:sz w:val="14"/>
                <w:lang w:eastAsia="ja-JP"/>
              </w:rPr>
              <w:t>必要な配慮の記載</w:t>
            </w:r>
            <w:r>
              <w:rPr>
                <w:sz w:val="14"/>
                <w:lang w:eastAsia="ja-JP"/>
              </w:rPr>
              <w:t xml:space="preserve"> □ </w:t>
            </w:r>
            <w:r>
              <w:rPr>
                <w:sz w:val="14"/>
                <w:lang w:eastAsia="ja-JP"/>
              </w:rPr>
              <w:t>その他</w:t>
            </w:r>
            <w:r>
              <w:rPr>
                <w:sz w:val="14"/>
                <w:lang w:eastAsia="ja-JP"/>
              </w:rPr>
              <w:br/>
            </w:r>
            <w:r>
              <w:rPr>
                <w:sz w:val="14"/>
                <w:lang w:eastAsia="ja-JP"/>
              </w:rPr>
              <w:t>提出期限・様式：</w:t>
            </w:r>
          </w:p>
        </w:tc>
      </w:tr>
      <w:tr w:rsidR="00B821F6" w14:paraId="153EDD9C" w14:textId="77777777">
        <w:trPr>
          <w:cantSplit/>
          <w:trHeight w:val="520"/>
        </w:trPr>
        <w:tc>
          <w:tcPr>
            <w:tcW w:w="2500" w:type="dxa"/>
            <w:tcBorders>
              <w:top w:val="single" w:sz="6" w:space="0" w:color="AAB6BC"/>
              <w:left w:val="single" w:sz="6" w:space="0" w:color="AAB6BC"/>
              <w:bottom w:val="single" w:sz="6" w:space="0" w:color="AAB6BC"/>
              <w:right w:val="single" w:sz="6" w:space="0" w:color="AAB6BC"/>
            </w:tcBorders>
            <w:shd w:val="clear" w:color="auto" w:fill="EAF0F3"/>
            <w:tcMar>
              <w:top w:w="55" w:type="dxa"/>
              <w:left w:w="95" w:type="dxa"/>
              <w:bottom w:w="55" w:type="dxa"/>
              <w:right w:w="95" w:type="dxa"/>
            </w:tcMar>
          </w:tcPr>
          <w:p w14:paraId="3CF17768" w14:textId="77777777" w:rsidR="00B821F6" w:rsidRDefault="00DD0983">
            <w:pPr>
              <w:spacing w:after="0" w:line="250" w:lineRule="auto"/>
              <w:rPr>
                <w:lang w:eastAsia="ja-JP"/>
              </w:rPr>
            </w:pPr>
            <w:r>
              <w:rPr>
                <w:b/>
                <w:sz w:val="15"/>
                <w:lang w:eastAsia="ja-JP"/>
              </w:rPr>
              <w:t>主治医判断の位置づけ</w:t>
            </w:r>
          </w:p>
        </w:tc>
        <w:tc>
          <w:tcPr>
            <w:tcW w:w="7593" w:type="dxa"/>
            <w:tcBorders>
              <w:top w:val="single" w:sz="6" w:space="0" w:color="AAB6BC"/>
              <w:left w:val="single" w:sz="6" w:space="0" w:color="AAB6BC"/>
              <w:bottom w:val="single" w:sz="6" w:space="0" w:color="AAB6BC"/>
              <w:right w:val="single" w:sz="6" w:space="0" w:color="AAB6BC"/>
            </w:tcBorders>
            <w:tcMar>
              <w:top w:w="55" w:type="dxa"/>
              <w:left w:w="95" w:type="dxa"/>
              <w:bottom w:w="55" w:type="dxa"/>
              <w:right w:w="95" w:type="dxa"/>
            </w:tcMar>
          </w:tcPr>
          <w:p w14:paraId="167EB051" w14:textId="77777777" w:rsidR="00B821F6" w:rsidRDefault="00DD0983">
            <w:pPr>
              <w:spacing w:after="0" w:line="250" w:lineRule="auto"/>
              <w:rPr>
                <w:lang w:eastAsia="ja-JP"/>
              </w:rPr>
            </w:pPr>
            <w:r>
              <w:rPr>
                <w:sz w:val="14"/>
                <w:lang w:eastAsia="ja-JP"/>
              </w:rPr>
              <w:t xml:space="preserve">□ </w:t>
            </w:r>
            <w:r>
              <w:rPr>
                <w:sz w:val="14"/>
                <w:lang w:eastAsia="ja-JP"/>
              </w:rPr>
              <w:t>主治医の復職可は重要資料だが、会社の最終決定と同一ではないことを説明</w:t>
            </w:r>
          </w:p>
        </w:tc>
      </w:tr>
      <w:tr w:rsidR="00B821F6" w14:paraId="7783838C" w14:textId="77777777">
        <w:trPr>
          <w:cantSplit/>
          <w:trHeight w:val="470"/>
        </w:trPr>
        <w:tc>
          <w:tcPr>
            <w:tcW w:w="2500" w:type="dxa"/>
            <w:tcBorders>
              <w:top w:val="single" w:sz="6" w:space="0" w:color="AAB6BC"/>
              <w:left w:val="single" w:sz="6" w:space="0" w:color="AAB6BC"/>
              <w:bottom w:val="single" w:sz="6" w:space="0" w:color="AAB6BC"/>
              <w:right w:val="single" w:sz="6" w:space="0" w:color="AAB6BC"/>
            </w:tcBorders>
            <w:shd w:val="clear" w:color="auto" w:fill="EAF0F3"/>
            <w:tcMar>
              <w:top w:w="55" w:type="dxa"/>
              <w:left w:w="95" w:type="dxa"/>
              <w:bottom w:w="55" w:type="dxa"/>
              <w:right w:w="95" w:type="dxa"/>
            </w:tcMar>
          </w:tcPr>
          <w:p w14:paraId="27C85668" w14:textId="77777777" w:rsidR="00B821F6" w:rsidRDefault="00DD0983">
            <w:pPr>
              <w:spacing w:after="0" w:line="250" w:lineRule="auto"/>
            </w:pPr>
            <w:r>
              <w:rPr>
                <w:b/>
                <w:sz w:val="15"/>
              </w:rPr>
              <w:t>情報収集・評価</w:t>
            </w:r>
          </w:p>
        </w:tc>
        <w:tc>
          <w:tcPr>
            <w:tcW w:w="7593" w:type="dxa"/>
            <w:tcBorders>
              <w:top w:val="single" w:sz="6" w:space="0" w:color="AAB6BC"/>
              <w:left w:val="single" w:sz="6" w:space="0" w:color="AAB6BC"/>
              <w:bottom w:val="single" w:sz="6" w:space="0" w:color="AAB6BC"/>
              <w:right w:val="single" w:sz="6" w:space="0" w:color="AAB6BC"/>
            </w:tcBorders>
            <w:tcMar>
              <w:top w:w="55" w:type="dxa"/>
              <w:left w:w="95" w:type="dxa"/>
              <w:bottom w:w="55" w:type="dxa"/>
              <w:right w:w="95" w:type="dxa"/>
            </w:tcMar>
          </w:tcPr>
          <w:p w14:paraId="4BA7981E" w14:textId="77777777" w:rsidR="00B821F6" w:rsidRDefault="00DD0983">
            <w:pPr>
              <w:spacing w:after="0" w:line="250" w:lineRule="auto"/>
              <w:rPr>
                <w:lang w:eastAsia="ja-JP"/>
              </w:rPr>
            </w:pPr>
            <w:r>
              <w:rPr>
                <w:sz w:val="14"/>
                <w:lang w:eastAsia="ja-JP"/>
              </w:rPr>
              <w:t xml:space="preserve">□ </w:t>
            </w:r>
            <w:r>
              <w:rPr>
                <w:sz w:val="14"/>
                <w:lang w:eastAsia="ja-JP"/>
              </w:rPr>
              <w:t>本人面談</w:t>
            </w:r>
            <w:r>
              <w:rPr>
                <w:sz w:val="14"/>
                <w:lang w:eastAsia="ja-JP"/>
              </w:rPr>
              <w:t xml:space="preserve"> □ </w:t>
            </w:r>
            <w:r>
              <w:rPr>
                <w:sz w:val="14"/>
                <w:lang w:eastAsia="ja-JP"/>
              </w:rPr>
              <w:t>産業医等意見</w:t>
            </w:r>
            <w:r>
              <w:rPr>
                <w:sz w:val="14"/>
                <w:lang w:eastAsia="ja-JP"/>
              </w:rPr>
              <w:t xml:space="preserve"> □ </w:t>
            </w:r>
            <w:r>
              <w:rPr>
                <w:sz w:val="14"/>
                <w:lang w:eastAsia="ja-JP"/>
              </w:rPr>
              <w:t>職務要件・通勤・勤務継続等の確認</w:t>
            </w:r>
          </w:p>
        </w:tc>
      </w:tr>
      <w:tr w:rsidR="00B821F6" w14:paraId="58285358" w14:textId="77777777">
        <w:trPr>
          <w:cantSplit/>
          <w:trHeight w:val="600"/>
        </w:trPr>
        <w:tc>
          <w:tcPr>
            <w:tcW w:w="2500" w:type="dxa"/>
            <w:tcBorders>
              <w:top w:val="single" w:sz="6" w:space="0" w:color="AAB6BC"/>
              <w:left w:val="single" w:sz="6" w:space="0" w:color="AAB6BC"/>
              <w:bottom w:val="single" w:sz="6" w:space="0" w:color="AAB6BC"/>
              <w:right w:val="single" w:sz="6" w:space="0" w:color="AAB6BC"/>
            </w:tcBorders>
            <w:shd w:val="clear" w:color="auto" w:fill="EAF0F3"/>
            <w:tcMar>
              <w:top w:w="55" w:type="dxa"/>
              <w:left w:w="95" w:type="dxa"/>
              <w:bottom w:w="55" w:type="dxa"/>
              <w:right w:w="95" w:type="dxa"/>
            </w:tcMar>
          </w:tcPr>
          <w:p w14:paraId="0B5A8B19" w14:textId="77777777" w:rsidR="00B821F6" w:rsidRDefault="00DD0983">
            <w:pPr>
              <w:spacing w:after="0" w:line="250" w:lineRule="auto"/>
            </w:pPr>
            <w:r>
              <w:rPr>
                <w:b/>
                <w:sz w:val="15"/>
              </w:rPr>
              <w:t>試し出勤等</w:t>
            </w:r>
          </w:p>
        </w:tc>
        <w:tc>
          <w:tcPr>
            <w:tcW w:w="7593" w:type="dxa"/>
            <w:tcBorders>
              <w:top w:val="single" w:sz="6" w:space="0" w:color="AAB6BC"/>
              <w:left w:val="single" w:sz="6" w:space="0" w:color="AAB6BC"/>
              <w:bottom w:val="single" w:sz="6" w:space="0" w:color="AAB6BC"/>
              <w:right w:val="single" w:sz="6" w:space="0" w:color="AAB6BC"/>
            </w:tcBorders>
            <w:tcMar>
              <w:top w:w="55" w:type="dxa"/>
              <w:left w:w="95" w:type="dxa"/>
              <w:bottom w:w="55" w:type="dxa"/>
              <w:right w:w="95" w:type="dxa"/>
            </w:tcMar>
          </w:tcPr>
          <w:p w14:paraId="2B96EDAA" w14:textId="77777777" w:rsidR="00B821F6" w:rsidRDefault="00DD0983">
            <w:pPr>
              <w:spacing w:after="0" w:line="250" w:lineRule="auto"/>
              <w:rPr>
                <w:lang w:eastAsia="ja-JP"/>
              </w:rPr>
            </w:pPr>
            <w:r>
              <w:rPr>
                <w:sz w:val="14"/>
                <w:lang w:eastAsia="ja-JP"/>
              </w:rPr>
              <w:t xml:space="preserve">□ </w:t>
            </w:r>
            <w:r>
              <w:rPr>
                <w:sz w:val="14"/>
                <w:lang w:eastAsia="ja-JP"/>
              </w:rPr>
              <w:t>制度あり</w:t>
            </w:r>
            <w:r>
              <w:rPr>
                <w:sz w:val="14"/>
                <w:lang w:eastAsia="ja-JP"/>
              </w:rPr>
              <w:t xml:space="preserve"> □ </w:t>
            </w:r>
            <w:r>
              <w:rPr>
                <w:sz w:val="14"/>
                <w:lang w:eastAsia="ja-JP"/>
              </w:rPr>
              <w:t>制度なし</w:t>
            </w:r>
            <w:r>
              <w:rPr>
                <w:sz w:val="14"/>
                <w:lang w:eastAsia="ja-JP"/>
              </w:rPr>
              <w:t xml:space="preserve"> □ </w:t>
            </w:r>
            <w:r>
              <w:rPr>
                <w:sz w:val="14"/>
                <w:lang w:eastAsia="ja-JP"/>
              </w:rPr>
              <w:t>個別検討</w:t>
            </w:r>
            <w:r>
              <w:rPr>
                <w:sz w:val="14"/>
                <w:lang w:eastAsia="ja-JP"/>
              </w:rPr>
              <w:br/>
            </w:r>
            <w:r>
              <w:rPr>
                <w:sz w:val="14"/>
                <w:lang w:eastAsia="ja-JP"/>
              </w:rPr>
              <w:t>無給・有給、業務の有無、災害時対応等は別途書面で定めることを説明</w:t>
            </w:r>
          </w:p>
        </w:tc>
      </w:tr>
      <w:tr w:rsidR="00B821F6" w14:paraId="7A744E41" w14:textId="77777777">
        <w:trPr>
          <w:cantSplit/>
          <w:trHeight w:val="440"/>
        </w:trPr>
        <w:tc>
          <w:tcPr>
            <w:tcW w:w="2500" w:type="dxa"/>
            <w:tcBorders>
              <w:top w:val="single" w:sz="6" w:space="0" w:color="AAB6BC"/>
              <w:left w:val="single" w:sz="6" w:space="0" w:color="AAB6BC"/>
              <w:bottom w:val="single" w:sz="6" w:space="0" w:color="AAB6BC"/>
              <w:right w:val="single" w:sz="6" w:space="0" w:color="AAB6BC"/>
            </w:tcBorders>
            <w:shd w:val="clear" w:color="auto" w:fill="EAF0F3"/>
            <w:tcMar>
              <w:top w:w="55" w:type="dxa"/>
              <w:left w:w="95" w:type="dxa"/>
              <w:bottom w:w="55" w:type="dxa"/>
              <w:right w:w="95" w:type="dxa"/>
            </w:tcMar>
          </w:tcPr>
          <w:p w14:paraId="1E1246D7" w14:textId="77777777" w:rsidR="00B821F6" w:rsidRDefault="00DD0983">
            <w:pPr>
              <w:spacing w:after="0" w:line="250" w:lineRule="auto"/>
            </w:pPr>
            <w:r>
              <w:rPr>
                <w:b/>
                <w:sz w:val="15"/>
              </w:rPr>
              <w:t>会社決定</w:t>
            </w:r>
          </w:p>
        </w:tc>
        <w:tc>
          <w:tcPr>
            <w:tcW w:w="7593" w:type="dxa"/>
            <w:tcBorders>
              <w:top w:val="single" w:sz="6" w:space="0" w:color="AAB6BC"/>
              <w:left w:val="single" w:sz="6" w:space="0" w:color="AAB6BC"/>
              <w:bottom w:val="single" w:sz="6" w:space="0" w:color="AAB6BC"/>
              <w:right w:val="single" w:sz="6" w:space="0" w:color="AAB6BC"/>
            </w:tcBorders>
            <w:tcMar>
              <w:top w:w="55" w:type="dxa"/>
              <w:left w:w="95" w:type="dxa"/>
              <w:bottom w:w="55" w:type="dxa"/>
              <w:right w:w="95" w:type="dxa"/>
            </w:tcMar>
          </w:tcPr>
          <w:p w14:paraId="3E3460DA" w14:textId="77777777" w:rsidR="00B821F6" w:rsidRDefault="00DD0983">
            <w:pPr>
              <w:spacing w:after="0" w:line="250" w:lineRule="auto"/>
              <w:rPr>
                <w:lang w:eastAsia="ja-JP"/>
              </w:rPr>
            </w:pPr>
            <w:r>
              <w:rPr>
                <w:sz w:val="14"/>
                <w:lang w:eastAsia="ja-JP"/>
              </w:rPr>
              <w:t xml:space="preserve">□ </w:t>
            </w:r>
            <w:r>
              <w:rPr>
                <w:sz w:val="14"/>
                <w:lang w:eastAsia="ja-JP"/>
              </w:rPr>
              <w:t>復職可否・復職日・条件は決定通知書で通知することを説明</w:t>
            </w:r>
          </w:p>
        </w:tc>
      </w:tr>
      <w:tr w:rsidR="00B821F6" w14:paraId="7133BEE0" w14:textId="77777777">
        <w:trPr>
          <w:cantSplit/>
          <w:trHeight w:val="470"/>
        </w:trPr>
        <w:tc>
          <w:tcPr>
            <w:tcW w:w="2500" w:type="dxa"/>
            <w:tcBorders>
              <w:top w:val="single" w:sz="6" w:space="0" w:color="AAB6BC"/>
              <w:left w:val="single" w:sz="6" w:space="0" w:color="AAB6BC"/>
              <w:bottom w:val="single" w:sz="6" w:space="0" w:color="AAB6BC"/>
              <w:right w:val="single" w:sz="6" w:space="0" w:color="AAB6BC"/>
            </w:tcBorders>
            <w:shd w:val="clear" w:color="auto" w:fill="EAF0F3"/>
            <w:tcMar>
              <w:top w:w="55" w:type="dxa"/>
              <w:left w:w="95" w:type="dxa"/>
              <w:bottom w:w="55" w:type="dxa"/>
              <w:right w:w="95" w:type="dxa"/>
            </w:tcMar>
          </w:tcPr>
          <w:p w14:paraId="5AEB0341" w14:textId="77777777" w:rsidR="00B821F6" w:rsidRDefault="00DD0983">
            <w:pPr>
              <w:spacing w:after="0" w:line="250" w:lineRule="auto"/>
            </w:pPr>
            <w:r>
              <w:rPr>
                <w:b/>
                <w:sz w:val="15"/>
              </w:rPr>
              <w:t>復職後</w:t>
            </w:r>
          </w:p>
        </w:tc>
        <w:tc>
          <w:tcPr>
            <w:tcW w:w="7593" w:type="dxa"/>
            <w:tcBorders>
              <w:top w:val="single" w:sz="6" w:space="0" w:color="AAB6BC"/>
              <w:left w:val="single" w:sz="6" w:space="0" w:color="AAB6BC"/>
              <w:bottom w:val="single" w:sz="6" w:space="0" w:color="AAB6BC"/>
              <w:right w:val="single" w:sz="6" w:space="0" w:color="AAB6BC"/>
            </w:tcBorders>
            <w:tcMar>
              <w:top w:w="55" w:type="dxa"/>
              <w:left w:w="95" w:type="dxa"/>
              <w:bottom w:w="55" w:type="dxa"/>
              <w:right w:w="95" w:type="dxa"/>
            </w:tcMar>
          </w:tcPr>
          <w:p w14:paraId="04E8C755" w14:textId="77777777" w:rsidR="00B821F6" w:rsidRDefault="00DD0983">
            <w:pPr>
              <w:spacing w:after="0" w:line="250" w:lineRule="auto"/>
              <w:rPr>
                <w:lang w:eastAsia="ja-JP"/>
              </w:rPr>
            </w:pPr>
            <w:r>
              <w:rPr>
                <w:sz w:val="14"/>
                <w:lang w:eastAsia="ja-JP"/>
              </w:rPr>
              <w:t xml:space="preserve">□ </w:t>
            </w:r>
            <w:r>
              <w:rPr>
                <w:sz w:val="14"/>
                <w:lang w:eastAsia="ja-JP"/>
              </w:rPr>
              <w:t>職場復帰支援プラン</w:t>
            </w:r>
            <w:r>
              <w:rPr>
                <w:sz w:val="14"/>
                <w:lang w:eastAsia="ja-JP"/>
              </w:rPr>
              <w:t xml:space="preserve"> □ </w:t>
            </w:r>
            <w:r>
              <w:rPr>
                <w:sz w:val="14"/>
                <w:lang w:eastAsia="ja-JP"/>
              </w:rPr>
              <w:t>定期面談</w:t>
            </w:r>
            <w:r>
              <w:rPr>
                <w:sz w:val="14"/>
                <w:lang w:eastAsia="ja-JP"/>
              </w:rPr>
              <w:t xml:space="preserve"> □ </w:t>
            </w:r>
            <w:r>
              <w:rPr>
                <w:sz w:val="14"/>
                <w:lang w:eastAsia="ja-JP"/>
              </w:rPr>
              <w:t>配慮の見直し</w:t>
            </w:r>
            <w:r>
              <w:rPr>
                <w:sz w:val="14"/>
                <w:lang w:eastAsia="ja-JP"/>
              </w:rPr>
              <w:t xml:space="preserve"> □ </w:t>
            </w:r>
            <w:r>
              <w:rPr>
                <w:sz w:val="14"/>
                <w:lang w:eastAsia="ja-JP"/>
              </w:rPr>
              <w:t>通常勤務への移行</w:t>
            </w:r>
          </w:p>
        </w:tc>
      </w:tr>
    </w:tbl>
    <w:p w14:paraId="692E7DA6" w14:textId="77777777" w:rsidR="00B821F6" w:rsidRDefault="00DD0983">
      <w:pPr>
        <w:keepNext/>
        <w:shd w:val="clear" w:color="auto" w:fill="EAF0F3"/>
        <w:spacing w:before="80" w:line="240" w:lineRule="auto"/>
        <w:ind w:left="85"/>
      </w:pPr>
      <w:r>
        <w:rPr>
          <w:b/>
          <w:color w:val="36596A"/>
          <w:sz w:val="21"/>
        </w:rPr>
        <w:t xml:space="preserve">8  </w:t>
      </w:r>
      <w:r>
        <w:rPr>
          <w:b/>
          <w:color w:val="36596A"/>
          <w:sz w:val="21"/>
        </w:rPr>
        <w:t>交付・案内した書類</w:t>
      </w:r>
    </w:p>
    <w:tbl>
      <w:tblPr>
        <w:tblW w:w="10093" w:type="dxa"/>
        <w:tblLayout w:type="fixed"/>
        <w:tblLook w:val="04A0" w:firstRow="1" w:lastRow="0" w:firstColumn="1" w:lastColumn="0" w:noHBand="0" w:noVBand="1"/>
      </w:tblPr>
      <w:tblGrid>
        <w:gridCol w:w="2500"/>
        <w:gridCol w:w="7593"/>
      </w:tblGrid>
      <w:tr w:rsidR="00B821F6" w14:paraId="229FD53A" w14:textId="77777777">
        <w:trPr>
          <w:cantSplit/>
          <w:trHeight w:val="440"/>
        </w:trPr>
        <w:tc>
          <w:tcPr>
            <w:tcW w:w="2500" w:type="dxa"/>
            <w:tcBorders>
              <w:top w:val="single" w:sz="6" w:space="0" w:color="AAB6BC"/>
              <w:left w:val="single" w:sz="6" w:space="0" w:color="AAB6BC"/>
              <w:bottom w:val="single" w:sz="6" w:space="0" w:color="AAB6BC"/>
              <w:right w:val="single" w:sz="6" w:space="0" w:color="AAB6BC"/>
            </w:tcBorders>
            <w:shd w:val="clear" w:color="auto" w:fill="EAF0F3"/>
            <w:tcMar>
              <w:top w:w="55" w:type="dxa"/>
              <w:left w:w="95" w:type="dxa"/>
              <w:bottom w:w="55" w:type="dxa"/>
              <w:right w:w="95" w:type="dxa"/>
            </w:tcMar>
          </w:tcPr>
          <w:p w14:paraId="37974743" w14:textId="77777777" w:rsidR="00B821F6" w:rsidRDefault="00DD0983">
            <w:pPr>
              <w:spacing w:after="0" w:line="250" w:lineRule="auto"/>
            </w:pPr>
            <w:r>
              <w:rPr>
                <w:b/>
                <w:sz w:val="15"/>
              </w:rPr>
              <w:t>規程・案内</w:t>
            </w:r>
          </w:p>
        </w:tc>
        <w:tc>
          <w:tcPr>
            <w:tcW w:w="7593" w:type="dxa"/>
            <w:tcBorders>
              <w:top w:val="single" w:sz="6" w:space="0" w:color="AAB6BC"/>
              <w:left w:val="single" w:sz="6" w:space="0" w:color="AAB6BC"/>
              <w:bottom w:val="single" w:sz="6" w:space="0" w:color="AAB6BC"/>
              <w:right w:val="single" w:sz="6" w:space="0" w:color="AAB6BC"/>
            </w:tcBorders>
            <w:tcMar>
              <w:top w:w="55" w:type="dxa"/>
              <w:left w:w="95" w:type="dxa"/>
              <w:bottom w:w="55" w:type="dxa"/>
              <w:right w:w="95" w:type="dxa"/>
            </w:tcMar>
          </w:tcPr>
          <w:p w14:paraId="419595C7" w14:textId="77777777" w:rsidR="00B821F6" w:rsidRDefault="00DD0983">
            <w:pPr>
              <w:spacing w:after="0" w:line="250" w:lineRule="auto"/>
              <w:rPr>
                <w:lang w:eastAsia="ja-JP"/>
              </w:rPr>
            </w:pPr>
            <w:r>
              <w:rPr>
                <w:sz w:val="14"/>
                <w:lang w:eastAsia="ja-JP"/>
              </w:rPr>
              <w:t xml:space="preserve">□ </w:t>
            </w:r>
            <w:r>
              <w:rPr>
                <w:sz w:val="14"/>
                <w:lang w:eastAsia="ja-JP"/>
              </w:rPr>
              <w:t>休職規程</w:t>
            </w:r>
            <w:r>
              <w:rPr>
                <w:sz w:val="14"/>
                <w:lang w:eastAsia="ja-JP"/>
              </w:rPr>
              <w:t xml:space="preserve"> □ </w:t>
            </w:r>
            <w:r>
              <w:rPr>
                <w:sz w:val="14"/>
                <w:lang w:eastAsia="ja-JP"/>
              </w:rPr>
              <w:t>休職中の手引き</w:t>
            </w:r>
            <w:r>
              <w:rPr>
                <w:sz w:val="14"/>
                <w:lang w:eastAsia="ja-JP"/>
              </w:rPr>
              <w:t xml:space="preserve"> □ </w:t>
            </w:r>
            <w:r>
              <w:rPr>
                <w:sz w:val="14"/>
                <w:lang w:eastAsia="ja-JP"/>
              </w:rPr>
              <w:t>連絡先一覧</w:t>
            </w:r>
            <w:r>
              <w:rPr>
                <w:sz w:val="14"/>
                <w:lang w:eastAsia="ja-JP"/>
              </w:rPr>
              <w:t xml:space="preserve"> □ </w:t>
            </w:r>
            <w:r>
              <w:rPr>
                <w:sz w:val="14"/>
                <w:lang w:eastAsia="ja-JP"/>
              </w:rPr>
              <w:t>復職手順</w:t>
            </w:r>
          </w:p>
        </w:tc>
      </w:tr>
      <w:tr w:rsidR="00B821F6" w14:paraId="6AC6A329" w14:textId="77777777">
        <w:trPr>
          <w:cantSplit/>
          <w:trHeight w:val="440"/>
        </w:trPr>
        <w:tc>
          <w:tcPr>
            <w:tcW w:w="2500" w:type="dxa"/>
            <w:tcBorders>
              <w:top w:val="single" w:sz="6" w:space="0" w:color="AAB6BC"/>
              <w:left w:val="single" w:sz="6" w:space="0" w:color="AAB6BC"/>
              <w:bottom w:val="single" w:sz="6" w:space="0" w:color="AAB6BC"/>
              <w:right w:val="single" w:sz="6" w:space="0" w:color="AAB6BC"/>
            </w:tcBorders>
            <w:shd w:val="clear" w:color="auto" w:fill="EAF0F3"/>
            <w:tcMar>
              <w:top w:w="55" w:type="dxa"/>
              <w:left w:w="95" w:type="dxa"/>
              <w:bottom w:w="55" w:type="dxa"/>
              <w:right w:w="95" w:type="dxa"/>
            </w:tcMar>
          </w:tcPr>
          <w:p w14:paraId="68C3D50E" w14:textId="77777777" w:rsidR="00B821F6" w:rsidRDefault="00DD0983">
            <w:pPr>
              <w:spacing w:after="0" w:line="250" w:lineRule="auto"/>
            </w:pPr>
            <w:r>
              <w:rPr>
                <w:b/>
                <w:sz w:val="15"/>
              </w:rPr>
              <w:t>申請・医療</w:t>
            </w:r>
          </w:p>
        </w:tc>
        <w:tc>
          <w:tcPr>
            <w:tcW w:w="7593" w:type="dxa"/>
            <w:tcBorders>
              <w:top w:val="single" w:sz="6" w:space="0" w:color="AAB6BC"/>
              <w:left w:val="single" w:sz="6" w:space="0" w:color="AAB6BC"/>
              <w:bottom w:val="single" w:sz="6" w:space="0" w:color="AAB6BC"/>
              <w:right w:val="single" w:sz="6" w:space="0" w:color="AAB6BC"/>
            </w:tcBorders>
            <w:tcMar>
              <w:top w:w="55" w:type="dxa"/>
              <w:left w:w="95" w:type="dxa"/>
              <w:bottom w:w="55" w:type="dxa"/>
              <w:right w:w="95" w:type="dxa"/>
            </w:tcMar>
          </w:tcPr>
          <w:p w14:paraId="3BD162C3" w14:textId="77777777" w:rsidR="00B821F6" w:rsidRDefault="00DD0983">
            <w:pPr>
              <w:spacing w:after="0" w:line="250" w:lineRule="auto"/>
            </w:pPr>
            <w:r>
              <w:rPr>
                <w:sz w:val="14"/>
              </w:rPr>
              <w:t xml:space="preserve">□ </w:t>
            </w:r>
            <w:r>
              <w:rPr>
                <w:sz w:val="14"/>
              </w:rPr>
              <w:t>延長申請書</w:t>
            </w:r>
            <w:r>
              <w:rPr>
                <w:sz w:val="14"/>
              </w:rPr>
              <w:t xml:space="preserve"> □ </w:t>
            </w:r>
            <w:r>
              <w:rPr>
                <w:sz w:val="14"/>
              </w:rPr>
              <w:t>復職願</w:t>
            </w:r>
            <w:r>
              <w:rPr>
                <w:sz w:val="14"/>
              </w:rPr>
              <w:t xml:space="preserve"> □ </w:t>
            </w:r>
            <w:r>
              <w:rPr>
                <w:sz w:val="14"/>
              </w:rPr>
              <w:t>診断書様式</w:t>
            </w:r>
            <w:r>
              <w:rPr>
                <w:sz w:val="14"/>
              </w:rPr>
              <w:t xml:space="preserve"> □ </w:t>
            </w:r>
            <w:r>
              <w:rPr>
                <w:sz w:val="14"/>
              </w:rPr>
              <w:t>主治医宛情報提供依頼書</w:t>
            </w:r>
          </w:p>
        </w:tc>
      </w:tr>
      <w:tr w:rsidR="00B821F6" w14:paraId="7B87A11D" w14:textId="77777777">
        <w:trPr>
          <w:cantSplit/>
          <w:trHeight w:val="440"/>
        </w:trPr>
        <w:tc>
          <w:tcPr>
            <w:tcW w:w="2500" w:type="dxa"/>
            <w:tcBorders>
              <w:top w:val="single" w:sz="6" w:space="0" w:color="AAB6BC"/>
              <w:left w:val="single" w:sz="6" w:space="0" w:color="AAB6BC"/>
              <w:bottom w:val="single" w:sz="6" w:space="0" w:color="AAB6BC"/>
              <w:right w:val="single" w:sz="6" w:space="0" w:color="AAB6BC"/>
            </w:tcBorders>
            <w:shd w:val="clear" w:color="auto" w:fill="EAF0F3"/>
            <w:tcMar>
              <w:top w:w="55" w:type="dxa"/>
              <w:left w:w="95" w:type="dxa"/>
              <w:bottom w:w="55" w:type="dxa"/>
              <w:right w:w="95" w:type="dxa"/>
            </w:tcMar>
          </w:tcPr>
          <w:p w14:paraId="616E514E" w14:textId="77777777" w:rsidR="00B821F6" w:rsidRDefault="00DD0983">
            <w:pPr>
              <w:spacing w:after="0" w:line="250" w:lineRule="auto"/>
            </w:pPr>
            <w:r>
              <w:rPr>
                <w:b/>
                <w:sz w:val="15"/>
              </w:rPr>
              <w:t>金銭・給付</w:t>
            </w:r>
          </w:p>
        </w:tc>
        <w:tc>
          <w:tcPr>
            <w:tcW w:w="7593" w:type="dxa"/>
            <w:tcBorders>
              <w:top w:val="single" w:sz="6" w:space="0" w:color="AAB6BC"/>
              <w:left w:val="single" w:sz="6" w:space="0" w:color="AAB6BC"/>
              <w:bottom w:val="single" w:sz="6" w:space="0" w:color="AAB6BC"/>
              <w:right w:val="single" w:sz="6" w:space="0" w:color="AAB6BC"/>
            </w:tcBorders>
            <w:tcMar>
              <w:top w:w="55" w:type="dxa"/>
              <w:left w:w="95" w:type="dxa"/>
              <w:bottom w:w="55" w:type="dxa"/>
              <w:right w:w="95" w:type="dxa"/>
            </w:tcMar>
          </w:tcPr>
          <w:p w14:paraId="60320F73" w14:textId="77777777" w:rsidR="00B821F6" w:rsidRDefault="00DD0983">
            <w:pPr>
              <w:spacing w:after="0" w:line="250" w:lineRule="auto"/>
            </w:pPr>
            <w:r>
              <w:rPr>
                <w:sz w:val="14"/>
              </w:rPr>
              <w:t xml:space="preserve">□ </w:t>
            </w:r>
            <w:r>
              <w:rPr>
                <w:sz w:val="14"/>
              </w:rPr>
              <w:t>傷病手当金案内</w:t>
            </w:r>
            <w:r>
              <w:rPr>
                <w:sz w:val="14"/>
              </w:rPr>
              <w:t xml:space="preserve"> □ </w:t>
            </w:r>
            <w:r>
              <w:rPr>
                <w:sz w:val="14"/>
              </w:rPr>
              <w:t>社会保険料等支払合意書</w:t>
            </w:r>
            <w:r>
              <w:rPr>
                <w:sz w:val="14"/>
              </w:rPr>
              <w:t xml:space="preserve"> □ </w:t>
            </w:r>
            <w:r>
              <w:rPr>
                <w:sz w:val="14"/>
              </w:rPr>
              <w:t>振込先案内</w:t>
            </w:r>
          </w:p>
        </w:tc>
      </w:tr>
      <w:tr w:rsidR="00B821F6" w14:paraId="5B45A8DC" w14:textId="77777777">
        <w:trPr>
          <w:cantSplit/>
          <w:trHeight w:val="440"/>
        </w:trPr>
        <w:tc>
          <w:tcPr>
            <w:tcW w:w="2500" w:type="dxa"/>
            <w:tcBorders>
              <w:top w:val="single" w:sz="6" w:space="0" w:color="AAB6BC"/>
              <w:left w:val="single" w:sz="6" w:space="0" w:color="AAB6BC"/>
              <w:bottom w:val="single" w:sz="6" w:space="0" w:color="AAB6BC"/>
              <w:right w:val="single" w:sz="6" w:space="0" w:color="AAB6BC"/>
            </w:tcBorders>
            <w:shd w:val="clear" w:color="auto" w:fill="EAF0F3"/>
            <w:tcMar>
              <w:top w:w="55" w:type="dxa"/>
              <w:left w:w="95" w:type="dxa"/>
              <w:bottom w:w="55" w:type="dxa"/>
              <w:right w:w="95" w:type="dxa"/>
            </w:tcMar>
          </w:tcPr>
          <w:p w14:paraId="1D3CDCC8" w14:textId="77777777" w:rsidR="00B821F6" w:rsidRDefault="00DD0983">
            <w:pPr>
              <w:spacing w:after="0" w:line="250" w:lineRule="auto"/>
            </w:pPr>
            <w:r>
              <w:rPr>
                <w:b/>
                <w:sz w:val="15"/>
              </w:rPr>
              <w:t>その他</w:t>
            </w:r>
          </w:p>
        </w:tc>
        <w:tc>
          <w:tcPr>
            <w:tcW w:w="7593" w:type="dxa"/>
            <w:tcBorders>
              <w:top w:val="single" w:sz="6" w:space="0" w:color="AAB6BC"/>
              <w:left w:val="single" w:sz="6" w:space="0" w:color="AAB6BC"/>
              <w:bottom w:val="single" w:sz="6" w:space="0" w:color="AAB6BC"/>
              <w:right w:val="single" w:sz="6" w:space="0" w:color="AAB6BC"/>
            </w:tcBorders>
            <w:tcMar>
              <w:top w:w="55" w:type="dxa"/>
              <w:left w:w="95" w:type="dxa"/>
              <w:bottom w:w="55" w:type="dxa"/>
              <w:right w:w="95" w:type="dxa"/>
            </w:tcMar>
          </w:tcPr>
          <w:p w14:paraId="42EEB940" w14:textId="77777777" w:rsidR="00B821F6" w:rsidRDefault="00DD0983">
            <w:pPr>
              <w:spacing w:after="0" w:line="250" w:lineRule="auto"/>
              <w:rPr>
                <w:lang w:eastAsia="ja-JP"/>
              </w:rPr>
            </w:pPr>
            <w:r>
              <w:rPr>
                <w:sz w:val="14"/>
                <w:lang w:eastAsia="ja-JP"/>
              </w:rPr>
              <w:t>書類名・交付方法・交付日：</w:t>
            </w:r>
          </w:p>
        </w:tc>
      </w:tr>
    </w:tbl>
    <w:p w14:paraId="1A6BED3F" w14:textId="77777777" w:rsidR="00B821F6" w:rsidRDefault="00DD0983">
      <w:pPr>
        <w:keepNext/>
        <w:shd w:val="clear" w:color="auto" w:fill="EAF0F3"/>
        <w:spacing w:before="80" w:line="240" w:lineRule="auto"/>
        <w:ind w:left="85"/>
      </w:pPr>
      <w:r>
        <w:rPr>
          <w:b/>
          <w:color w:val="36596A"/>
          <w:sz w:val="21"/>
        </w:rPr>
        <w:t xml:space="preserve">9  </w:t>
      </w:r>
      <w:r>
        <w:rPr>
          <w:b/>
          <w:color w:val="36596A"/>
          <w:sz w:val="21"/>
        </w:rPr>
        <w:t>未完了事項・期限管理</w:t>
      </w:r>
    </w:p>
    <w:tbl>
      <w:tblPr>
        <w:tblW w:w="10093" w:type="dxa"/>
        <w:tblLayout w:type="fixed"/>
        <w:tblLook w:val="04A0" w:firstRow="1" w:lastRow="0" w:firstColumn="1" w:lastColumn="0" w:noHBand="0" w:noVBand="1"/>
      </w:tblPr>
      <w:tblGrid>
        <w:gridCol w:w="600"/>
        <w:gridCol w:w="3693"/>
        <w:gridCol w:w="1700"/>
        <w:gridCol w:w="1800"/>
        <w:gridCol w:w="2300"/>
      </w:tblGrid>
      <w:tr w:rsidR="00B821F6" w14:paraId="68ABE472" w14:textId="77777777">
        <w:trPr>
          <w:tblHeader/>
        </w:trPr>
        <w:tc>
          <w:tcPr>
            <w:tcW w:w="600" w:type="dxa"/>
            <w:tcBorders>
              <w:top w:val="single" w:sz="6" w:space="0" w:color="AAB6BC"/>
              <w:left w:val="single" w:sz="6" w:space="0" w:color="AAB6BC"/>
              <w:bottom w:val="single" w:sz="6" w:space="0" w:color="AAB6BC"/>
              <w:right w:val="single" w:sz="6" w:space="0" w:color="AAB6BC"/>
            </w:tcBorders>
            <w:shd w:val="clear" w:color="auto" w:fill="36596A"/>
            <w:tcMar>
              <w:top w:w="55" w:type="dxa"/>
              <w:left w:w="95" w:type="dxa"/>
              <w:bottom w:w="55" w:type="dxa"/>
              <w:right w:w="95" w:type="dxa"/>
            </w:tcMar>
            <w:vAlign w:val="center"/>
          </w:tcPr>
          <w:p w14:paraId="39793DE3" w14:textId="77777777" w:rsidR="00B821F6" w:rsidRDefault="00DD0983">
            <w:pPr>
              <w:spacing w:after="0" w:line="250" w:lineRule="auto"/>
              <w:jc w:val="center"/>
            </w:pPr>
            <w:r>
              <w:rPr>
                <w:b/>
                <w:color w:val="FFFFFF"/>
                <w:sz w:val="14"/>
              </w:rPr>
              <w:t>No.</w:t>
            </w:r>
          </w:p>
        </w:tc>
        <w:tc>
          <w:tcPr>
            <w:tcW w:w="3693" w:type="dxa"/>
            <w:tcBorders>
              <w:top w:val="single" w:sz="6" w:space="0" w:color="AAB6BC"/>
              <w:left w:val="single" w:sz="6" w:space="0" w:color="AAB6BC"/>
              <w:bottom w:val="single" w:sz="6" w:space="0" w:color="AAB6BC"/>
              <w:right w:val="single" w:sz="6" w:space="0" w:color="AAB6BC"/>
            </w:tcBorders>
            <w:shd w:val="clear" w:color="auto" w:fill="36596A"/>
            <w:tcMar>
              <w:top w:w="55" w:type="dxa"/>
              <w:left w:w="95" w:type="dxa"/>
              <w:bottom w:w="55" w:type="dxa"/>
              <w:right w:w="95" w:type="dxa"/>
            </w:tcMar>
            <w:vAlign w:val="center"/>
          </w:tcPr>
          <w:p w14:paraId="7B48098C" w14:textId="77777777" w:rsidR="00B821F6" w:rsidRDefault="00DD0983">
            <w:pPr>
              <w:spacing w:after="0" w:line="250" w:lineRule="auto"/>
              <w:jc w:val="center"/>
            </w:pPr>
            <w:r>
              <w:rPr>
                <w:b/>
                <w:color w:val="FFFFFF"/>
                <w:sz w:val="14"/>
              </w:rPr>
              <w:t>未完了事項・提出物</w:t>
            </w:r>
          </w:p>
        </w:tc>
        <w:tc>
          <w:tcPr>
            <w:tcW w:w="1700" w:type="dxa"/>
            <w:tcBorders>
              <w:top w:val="single" w:sz="6" w:space="0" w:color="AAB6BC"/>
              <w:left w:val="single" w:sz="6" w:space="0" w:color="AAB6BC"/>
              <w:bottom w:val="single" w:sz="6" w:space="0" w:color="AAB6BC"/>
              <w:right w:val="single" w:sz="6" w:space="0" w:color="AAB6BC"/>
            </w:tcBorders>
            <w:shd w:val="clear" w:color="auto" w:fill="36596A"/>
            <w:tcMar>
              <w:top w:w="55" w:type="dxa"/>
              <w:left w:w="95" w:type="dxa"/>
              <w:bottom w:w="55" w:type="dxa"/>
              <w:right w:w="95" w:type="dxa"/>
            </w:tcMar>
            <w:vAlign w:val="center"/>
          </w:tcPr>
          <w:p w14:paraId="15A34922" w14:textId="77777777" w:rsidR="00B821F6" w:rsidRDefault="00DD0983">
            <w:pPr>
              <w:spacing w:after="0" w:line="250" w:lineRule="auto"/>
              <w:jc w:val="center"/>
            </w:pPr>
            <w:r>
              <w:rPr>
                <w:b/>
                <w:color w:val="FFFFFF"/>
                <w:sz w:val="14"/>
              </w:rPr>
              <w:t>担当</w:t>
            </w:r>
          </w:p>
        </w:tc>
        <w:tc>
          <w:tcPr>
            <w:tcW w:w="1800" w:type="dxa"/>
            <w:tcBorders>
              <w:top w:val="single" w:sz="6" w:space="0" w:color="AAB6BC"/>
              <w:left w:val="single" w:sz="6" w:space="0" w:color="AAB6BC"/>
              <w:bottom w:val="single" w:sz="6" w:space="0" w:color="AAB6BC"/>
              <w:right w:val="single" w:sz="6" w:space="0" w:color="AAB6BC"/>
            </w:tcBorders>
            <w:shd w:val="clear" w:color="auto" w:fill="36596A"/>
            <w:tcMar>
              <w:top w:w="55" w:type="dxa"/>
              <w:left w:w="95" w:type="dxa"/>
              <w:bottom w:w="55" w:type="dxa"/>
              <w:right w:w="95" w:type="dxa"/>
            </w:tcMar>
            <w:vAlign w:val="center"/>
          </w:tcPr>
          <w:p w14:paraId="343947D6" w14:textId="77777777" w:rsidR="00B821F6" w:rsidRDefault="00DD0983">
            <w:pPr>
              <w:spacing w:after="0" w:line="250" w:lineRule="auto"/>
              <w:jc w:val="center"/>
            </w:pPr>
            <w:r>
              <w:rPr>
                <w:b/>
                <w:color w:val="FFFFFF"/>
                <w:sz w:val="14"/>
              </w:rPr>
              <w:t>期限</w:t>
            </w:r>
          </w:p>
        </w:tc>
        <w:tc>
          <w:tcPr>
            <w:tcW w:w="2300" w:type="dxa"/>
            <w:tcBorders>
              <w:top w:val="single" w:sz="6" w:space="0" w:color="AAB6BC"/>
              <w:left w:val="single" w:sz="6" w:space="0" w:color="AAB6BC"/>
              <w:bottom w:val="single" w:sz="6" w:space="0" w:color="AAB6BC"/>
              <w:right w:val="single" w:sz="6" w:space="0" w:color="AAB6BC"/>
            </w:tcBorders>
            <w:shd w:val="clear" w:color="auto" w:fill="36596A"/>
            <w:tcMar>
              <w:top w:w="55" w:type="dxa"/>
              <w:left w:w="95" w:type="dxa"/>
              <w:bottom w:w="55" w:type="dxa"/>
              <w:right w:w="95" w:type="dxa"/>
            </w:tcMar>
            <w:vAlign w:val="center"/>
          </w:tcPr>
          <w:p w14:paraId="1485B636" w14:textId="77777777" w:rsidR="00B821F6" w:rsidRDefault="00DD0983">
            <w:pPr>
              <w:spacing w:after="0" w:line="250" w:lineRule="auto"/>
              <w:jc w:val="center"/>
            </w:pPr>
            <w:r>
              <w:rPr>
                <w:b/>
                <w:color w:val="FFFFFF"/>
                <w:sz w:val="14"/>
              </w:rPr>
              <w:t>完了・結果</w:t>
            </w:r>
          </w:p>
        </w:tc>
      </w:tr>
      <w:tr w:rsidR="00B821F6" w14:paraId="7C71C202" w14:textId="77777777">
        <w:trPr>
          <w:cantSplit/>
          <w:trHeight w:val="450"/>
        </w:trPr>
        <w:tc>
          <w:tcPr>
            <w:tcW w:w="600" w:type="dxa"/>
            <w:tcBorders>
              <w:top w:val="single" w:sz="6" w:space="0" w:color="AAB6BC"/>
              <w:left w:val="single" w:sz="6" w:space="0" w:color="AAB6BC"/>
              <w:bottom w:val="single" w:sz="6" w:space="0" w:color="AAB6BC"/>
              <w:right w:val="single" w:sz="6" w:space="0" w:color="AAB6BC"/>
            </w:tcBorders>
            <w:shd w:val="clear" w:color="auto" w:fill="F6F8F9"/>
            <w:tcMar>
              <w:top w:w="55" w:type="dxa"/>
              <w:left w:w="95" w:type="dxa"/>
              <w:bottom w:w="55" w:type="dxa"/>
              <w:right w:w="95" w:type="dxa"/>
            </w:tcMar>
          </w:tcPr>
          <w:p w14:paraId="2567D769" w14:textId="77777777" w:rsidR="00B821F6" w:rsidRDefault="00DD0983">
            <w:pPr>
              <w:spacing w:after="0" w:line="250" w:lineRule="auto"/>
            </w:pPr>
            <w:r>
              <w:rPr>
                <w:b/>
                <w:sz w:val="13"/>
              </w:rPr>
              <w:t>1</w:t>
            </w:r>
          </w:p>
        </w:tc>
        <w:tc>
          <w:tcPr>
            <w:tcW w:w="3693" w:type="dxa"/>
            <w:tcBorders>
              <w:top w:val="single" w:sz="6" w:space="0" w:color="AAB6BC"/>
              <w:left w:val="single" w:sz="6" w:space="0" w:color="AAB6BC"/>
              <w:bottom w:val="single" w:sz="6" w:space="0" w:color="AAB6BC"/>
              <w:right w:val="single" w:sz="6" w:space="0" w:color="AAB6BC"/>
            </w:tcBorders>
            <w:tcMar>
              <w:top w:w="55" w:type="dxa"/>
              <w:left w:w="95" w:type="dxa"/>
              <w:bottom w:w="55" w:type="dxa"/>
              <w:right w:w="95" w:type="dxa"/>
            </w:tcMar>
          </w:tcPr>
          <w:p w14:paraId="1BBFA380" w14:textId="77777777" w:rsidR="00B821F6" w:rsidRDefault="00B821F6">
            <w:pPr>
              <w:spacing w:after="0" w:line="250" w:lineRule="auto"/>
            </w:pPr>
          </w:p>
        </w:tc>
        <w:tc>
          <w:tcPr>
            <w:tcW w:w="1700" w:type="dxa"/>
            <w:tcBorders>
              <w:top w:val="single" w:sz="6" w:space="0" w:color="AAB6BC"/>
              <w:left w:val="single" w:sz="6" w:space="0" w:color="AAB6BC"/>
              <w:bottom w:val="single" w:sz="6" w:space="0" w:color="AAB6BC"/>
              <w:right w:val="single" w:sz="6" w:space="0" w:color="AAB6BC"/>
            </w:tcBorders>
            <w:tcMar>
              <w:top w:w="55" w:type="dxa"/>
              <w:left w:w="95" w:type="dxa"/>
              <w:bottom w:w="55" w:type="dxa"/>
              <w:right w:w="95" w:type="dxa"/>
            </w:tcMar>
          </w:tcPr>
          <w:p w14:paraId="21F01C80" w14:textId="77777777" w:rsidR="00B821F6" w:rsidRDefault="00B821F6">
            <w:pPr>
              <w:spacing w:after="0" w:line="250" w:lineRule="auto"/>
            </w:pPr>
          </w:p>
        </w:tc>
        <w:tc>
          <w:tcPr>
            <w:tcW w:w="1800" w:type="dxa"/>
            <w:tcBorders>
              <w:top w:val="single" w:sz="6" w:space="0" w:color="AAB6BC"/>
              <w:left w:val="single" w:sz="6" w:space="0" w:color="AAB6BC"/>
              <w:bottom w:val="single" w:sz="6" w:space="0" w:color="AAB6BC"/>
              <w:right w:val="single" w:sz="6" w:space="0" w:color="AAB6BC"/>
            </w:tcBorders>
            <w:tcMar>
              <w:top w:w="55" w:type="dxa"/>
              <w:left w:w="95" w:type="dxa"/>
              <w:bottom w:w="55" w:type="dxa"/>
              <w:right w:w="95" w:type="dxa"/>
            </w:tcMar>
          </w:tcPr>
          <w:p w14:paraId="13821A6B" w14:textId="77777777" w:rsidR="00B821F6" w:rsidRDefault="00DD0983">
            <w:pPr>
              <w:spacing w:after="0" w:line="250" w:lineRule="auto"/>
            </w:pPr>
            <w:r>
              <w:rPr>
                <w:sz w:val="13"/>
              </w:rPr>
              <w:t xml:space="preserve">　年　月　日</w:t>
            </w:r>
          </w:p>
        </w:tc>
        <w:tc>
          <w:tcPr>
            <w:tcW w:w="2300" w:type="dxa"/>
            <w:tcBorders>
              <w:top w:val="single" w:sz="6" w:space="0" w:color="AAB6BC"/>
              <w:left w:val="single" w:sz="6" w:space="0" w:color="AAB6BC"/>
              <w:bottom w:val="single" w:sz="6" w:space="0" w:color="AAB6BC"/>
              <w:right w:val="single" w:sz="6" w:space="0" w:color="AAB6BC"/>
            </w:tcBorders>
            <w:tcMar>
              <w:top w:w="55" w:type="dxa"/>
              <w:left w:w="95" w:type="dxa"/>
              <w:bottom w:w="55" w:type="dxa"/>
              <w:right w:w="95" w:type="dxa"/>
            </w:tcMar>
          </w:tcPr>
          <w:p w14:paraId="013C2C07" w14:textId="77777777" w:rsidR="00B821F6" w:rsidRDefault="00DD0983">
            <w:pPr>
              <w:spacing w:after="0" w:line="250" w:lineRule="auto"/>
            </w:pPr>
            <w:r>
              <w:rPr>
                <w:sz w:val="13"/>
              </w:rPr>
              <w:t xml:space="preserve">□ </w:t>
            </w:r>
            <w:r>
              <w:rPr>
                <w:sz w:val="13"/>
              </w:rPr>
              <w:t xml:space="preserve">完了　</w:t>
            </w:r>
            <w:r>
              <w:rPr>
                <w:sz w:val="13"/>
              </w:rPr>
              <w:t xml:space="preserve">□ </w:t>
            </w:r>
            <w:r>
              <w:rPr>
                <w:sz w:val="13"/>
              </w:rPr>
              <w:t>継続</w:t>
            </w:r>
            <w:r>
              <w:rPr>
                <w:sz w:val="13"/>
              </w:rPr>
              <w:br/>
            </w:r>
            <w:r>
              <w:rPr>
                <w:sz w:val="13"/>
              </w:rPr>
              <w:t>日付：</w:t>
            </w:r>
          </w:p>
        </w:tc>
      </w:tr>
      <w:tr w:rsidR="00B821F6" w14:paraId="59890FEA" w14:textId="77777777">
        <w:trPr>
          <w:cantSplit/>
          <w:trHeight w:val="450"/>
        </w:trPr>
        <w:tc>
          <w:tcPr>
            <w:tcW w:w="600" w:type="dxa"/>
            <w:tcBorders>
              <w:top w:val="single" w:sz="6" w:space="0" w:color="AAB6BC"/>
              <w:left w:val="single" w:sz="6" w:space="0" w:color="AAB6BC"/>
              <w:bottom w:val="single" w:sz="6" w:space="0" w:color="AAB6BC"/>
              <w:right w:val="single" w:sz="6" w:space="0" w:color="AAB6BC"/>
            </w:tcBorders>
            <w:shd w:val="clear" w:color="auto" w:fill="F6F8F9"/>
            <w:tcMar>
              <w:top w:w="55" w:type="dxa"/>
              <w:left w:w="95" w:type="dxa"/>
              <w:bottom w:w="55" w:type="dxa"/>
              <w:right w:w="95" w:type="dxa"/>
            </w:tcMar>
          </w:tcPr>
          <w:p w14:paraId="332CD325" w14:textId="77777777" w:rsidR="00B821F6" w:rsidRDefault="00DD0983">
            <w:pPr>
              <w:spacing w:after="0" w:line="250" w:lineRule="auto"/>
            </w:pPr>
            <w:r>
              <w:rPr>
                <w:b/>
                <w:sz w:val="13"/>
              </w:rPr>
              <w:t>2</w:t>
            </w:r>
          </w:p>
        </w:tc>
        <w:tc>
          <w:tcPr>
            <w:tcW w:w="3693" w:type="dxa"/>
            <w:tcBorders>
              <w:top w:val="single" w:sz="6" w:space="0" w:color="AAB6BC"/>
              <w:left w:val="single" w:sz="6" w:space="0" w:color="AAB6BC"/>
              <w:bottom w:val="single" w:sz="6" w:space="0" w:color="AAB6BC"/>
              <w:right w:val="single" w:sz="6" w:space="0" w:color="AAB6BC"/>
            </w:tcBorders>
            <w:tcMar>
              <w:top w:w="55" w:type="dxa"/>
              <w:left w:w="95" w:type="dxa"/>
              <w:bottom w:w="55" w:type="dxa"/>
              <w:right w:w="95" w:type="dxa"/>
            </w:tcMar>
          </w:tcPr>
          <w:p w14:paraId="59AD0097" w14:textId="77777777" w:rsidR="00B821F6" w:rsidRDefault="00B821F6">
            <w:pPr>
              <w:spacing w:after="0" w:line="250" w:lineRule="auto"/>
            </w:pPr>
          </w:p>
        </w:tc>
        <w:tc>
          <w:tcPr>
            <w:tcW w:w="1700" w:type="dxa"/>
            <w:tcBorders>
              <w:top w:val="single" w:sz="6" w:space="0" w:color="AAB6BC"/>
              <w:left w:val="single" w:sz="6" w:space="0" w:color="AAB6BC"/>
              <w:bottom w:val="single" w:sz="6" w:space="0" w:color="AAB6BC"/>
              <w:right w:val="single" w:sz="6" w:space="0" w:color="AAB6BC"/>
            </w:tcBorders>
            <w:tcMar>
              <w:top w:w="55" w:type="dxa"/>
              <w:left w:w="95" w:type="dxa"/>
              <w:bottom w:w="55" w:type="dxa"/>
              <w:right w:w="95" w:type="dxa"/>
            </w:tcMar>
          </w:tcPr>
          <w:p w14:paraId="5CFC8C00" w14:textId="77777777" w:rsidR="00B821F6" w:rsidRDefault="00B821F6">
            <w:pPr>
              <w:spacing w:after="0" w:line="250" w:lineRule="auto"/>
            </w:pPr>
          </w:p>
        </w:tc>
        <w:tc>
          <w:tcPr>
            <w:tcW w:w="1800" w:type="dxa"/>
            <w:tcBorders>
              <w:top w:val="single" w:sz="6" w:space="0" w:color="AAB6BC"/>
              <w:left w:val="single" w:sz="6" w:space="0" w:color="AAB6BC"/>
              <w:bottom w:val="single" w:sz="6" w:space="0" w:color="AAB6BC"/>
              <w:right w:val="single" w:sz="6" w:space="0" w:color="AAB6BC"/>
            </w:tcBorders>
            <w:tcMar>
              <w:top w:w="55" w:type="dxa"/>
              <w:left w:w="95" w:type="dxa"/>
              <w:bottom w:w="55" w:type="dxa"/>
              <w:right w:w="95" w:type="dxa"/>
            </w:tcMar>
          </w:tcPr>
          <w:p w14:paraId="5F93D276" w14:textId="77777777" w:rsidR="00B821F6" w:rsidRDefault="00DD0983">
            <w:pPr>
              <w:spacing w:after="0" w:line="250" w:lineRule="auto"/>
            </w:pPr>
            <w:r>
              <w:rPr>
                <w:sz w:val="13"/>
              </w:rPr>
              <w:t xml:space="preserve">　年　月　日</w:t>
            </w:r>
          </w:p>
        </w:tc>
        <w:tc>
          <w:tcPr>
            <w:tcW w:w="2300" w:type="dxa"/>
            <w:tcBorders>
              <w:top w:val="single" w:sz="6" w:space="0" w:color="AAB6BC"/>
              <w:left w:val="single" w:sz="6" w:space="0" w:color="AAB6BC"/>
              <w:bottom w:val="single" w:sz="6" w:space="0" w:color="AAB6BC"/>
              <w:right w:val="single" w:sz="6" w:space="0" w:color="AAB6BC"/>
            </w:tcBorders>
            <w:tcMar>
              <w:top w:w="55" w:type="dxa"/>
              <w:left w:w="95" w:type="dxa"/>
              <w:bottom w:w="55" w:type="dxa"/>
              <w:right w:w="95" w:type="dxa"/>
            </w:tcMar>
          </w:tcPr>
          <w:p w14:paraId="44FDD960" w14:textId="77777777" w:rsidR="00B821F6" w:rsidRDefault="00DD0983">
            <w:pPr>
              <w:spacing w:after="0" w:line="250" w:lineRule="auto"/>
            </w:pPr>
            <w:r>
              <w:rPr>
                <w:sz w:val="13"/>
              </w:rPr>
              <w:t xml:space="preserve">□ </w:t>
            </w:r>
            <w:r>
              <w:rPr>
                <w:sz w:val="13"/>
              </w:rPr>
              <w:t xml:space="preserve">完了　</w:t>
            </w:r>
            <w:r>
              <w:rPr>
                <w:sz w:val="13"/>
              </w:rPr>
              <w:t xml:space="preserve">□ </w:t>
            </w:r>
            <w:r>
              <w:rPr>
                <w:sz w:val="13"/>
              </w:rPr>
              <w:t>継続</w:t>
            </w:r>
            <w:r>
              <w:rPr>
                <w:sz w:val="13"/>
              </w:rPr>
              <w:br/>
            </w:r>
            <w:r>
              <w:rPr>
                <w:sz w:val="13"/>
              </w:rPr>
              <w:t>日付：</w:t>
            </w:r>
          </w:p>
        </w:tc>
      </w:tr>
      <w:tr w:rsidR="00B821F6" w14:paraId="4A07BFB0" w14:textId="77777777">
        <w:trPr>
          <w:cantSplit/>
          <w:trHeight w:val="450"/>
        </w:trPr>
        <w:tc>
          <w:tcPr>
            <w:tcW w:w="600" w:type="dxa"/>
            <w:tcBorders>
              <w:top w:val="single" w:sz="6" w:space="0" w:color="AAB6BC"/>
              <w:left w:val="single" w:sz="6" w:space="0" w:color="AAB6BC"/>
              <w:bottom w:val="single" w:sz="6" w:space="0" w:color="AAB6BC"/>
              <w:right w:val="single" w:sz="6" w:space="0" w:color="AAB6BC"/>
            </w:tcBorders>
            <w:shd w:val="clear" w:color="auto" w:fill="F6F8F9"/>
            <w:tcMar>
              <w:top w:w="55" w:type="dxa"/>
              <w:left w:w="95" w:type="dxa"/>
              <w:bottom w:w="55" w:type="dxa"/>
              <w:right w:w="95" w:type="dxa"/>
            </w:tcMar>
          </w:tcPr>
          <w:p w14:paraId="7A346E41" w14:textId="77777777" w:rsidR="00B821F6" w:rsidRDefault="00DD0983">
            <w:pPr>
              <w:spacing w:after="0" w:line="250" w:lineRule="auto"/>
            </w:pPr>
            <w:r>
              <w:rPr>
                <w:b/>
                <w:sz w:val="13"/>
              </w:rPr>
              <w:t>3</w:t>
            </w:r>
          </w:p>
        </w:tc>
        <w:tc>
          <w:tcPr>
            <w:tcW w:w="3693" w:type="dxa"/>
            <w:tcBorders>
              <w:top w:val="single" w:sz="6" w:space="0" w:color="AAB6BC"/>
              <w:left w:val="single" w:sz="6" w:space="0" w:color="AAB6BC"/>
              <w:bottom w:val="single" w:sz="6" w:space="0" w:color="AAB6BC"/>
              <w:right w:val="single" w:sz="6" w:space="0" w:color="AAB6BC"/>
            </w:tcBorders>
            <w:tcMar>
              <w:top w:w="55" w:type="dxa"/>
              <w:left w:w="95" w:type="dxa"/>
              <w:bottom w:w="55" w:type="dxa"/>
              <w:right w:w="95" w:type="dxa"/>
            </w:tcMar>
          </w:tcPr>
          <w:p w14:paraId="4876A32E" w14:textId="77777777" w:rsidR="00B821F6" w:rsidRDefault="00B821F6">
            <w:pPr>
              <w:spacing w:after="0" w:line="250" w:lineRule="auto"/>
            </w:pPr>
          </w:p>
        </w:tc>
        <w:tc>
          <w:tcPr>
            <w:tcW w:w="1700" w:type="dxa"/>
            <w:tcBorders>
              <w:top w:val="single" w:sz="6" w:space="0" w:color="AAB6BC"/>
              <w:left w:val="single" w:sz="6" w:space="0" w:color="AAB6BC"/>
              <w:bottom w:val="single" w:sz="6" w:space="0" w:color="AAB6BC"/>
              <w:right w:val="single" w:sz="6" w:space="0" w:color="AAB6BC"/>
            </w:tcBorders>
            <w:tcMar>
              <w:top w:w="55" w:type="dxa"/>
              <w:left w:w="95" w:type="dxa"/>
              <w:bottom w:w="55" w:type="dxa"/>
              <w:right w:w="95" w:type="dxa"/>
            </w:tcMar>
          </w:tcPr>
          <w:p w14:paraId="0A5F0763" w14:textId="77777777" w:rsidR="00B821F6" w:rsidRDefault="00B821F6">
            <w:pPr>
              <w:spacing w:after="0" w:line="250" w:lineRule="auto"/>
            </w:pPr>
          </w:p>
        </w:tc>
        <w:tc>
          <w:tcPr>
            <w:tcW w:w="1800" w:type="dxa"/>
            <w:tcBorders>
              <w:top w:val="single" w:sz="6" w:space="0" w:color="AAB6BC"/>
              <w:left w:val="single" w:sz="6" w:space="0" w:color="AAB6BC"/>
              <w:bottom w:val="single" w:sz="6" w:space="0" w:color="AAB6BC"/>
              <w:right w:val="single" w:sz="6" w:space="0" w:color="AAB6BC"/>
            </w:tcBorders>
            <w:tcMar>
              <w:top w:w="55" w:type="dxa"/>
              <w:left w:w="95" w:type="dxa"/>
              <w:bottom w:w="55" w:type="dxa"/>
              <w:right w:w="95" w:type="dxa"/>
            </w:tcMar>
          </w:tcPr>
          <w:p w14:paraId="7AAB151D" w14:textId="77777777" w:rsidR="00B821F6" w:rsidRDefault="00DD0983">
            <w:pPr>
              <w:spacing w:after="0" w:line="250" w:lineRule="auto"/>
            </w:pPr>
            <w:r>
              <w:rPr>
                <w:sz w:val="13"/>
              </w:rPr>
              <w:t xml:space="preserve">　年　月　日</w:t>
            </w:r>
          </w:p>
        </w:tc>
        <w:tc>
          <w:tcPr>
            <w:tcW w:w="2300" w:type="dxa"/>
            <w:tcBorders>
              <w:top w:val="single" w:sz="6" w:space="0" w:color="AAB6BC"/>
              <w:left w:val="single" w:sz="6" w:space="0" w:color="AAB6BC"/>
              <w:bottom w:val="single" w:sz="6" w:space="0" w:color="AAB6BC"/>
              <w:right w:val="single" w:sz="6" w:space="0" w:color="AAB6BC"/>
            </w:tcBorders>
            <w:tcMar>
              <w:top w:w="55" w:type="dxa"/>
              <w:left w:w="95" w:type="dxa"/>
              <w:bottom w:w="55" w:type="dxa"/>
              <w:right w:w="95" w:type="dxa"/>
            </w:tcMar>
          </w:tcPr>
          <w:p w14:paraId="1055E390" w14:textId="77777777" w:rsidR="00B821F6" w:rsidRDefault="00DD0983">
            <w:pPr>
              <w:spacing w:after="0" w:line="250" w:lineRule="auto"/>
            </w:pPr>
            <w:r>
              <w:rPr>
                <w:sz w:val="13"/>
              </w:rPr>
              <w:t xml:space="preserve">□ </w:t>
            </w:r>
            <w:r>
              <w:rPr>
                <w:sz w:val="13"/>
              </w:rPr>
              <w:t xml:space="preserve">完了　</w:t>
            </w:r>
            <w:r>
              <w:rPr>
                <w:sz w:val="13"/>
              </w:rPr>
              <w:t xml:space="preserve">□ </w:t>
            </w:r>
            <w:r>
              <w:rPr>
                <w:sz w:val="13"/>
              </w:rPr>
              <w:t>継続</w:t>
            </w:r>
            <w:r>
              <w:rPr>
                <w:sz w:val="13"/>
              </w:rPr>
              <w:br/>
            </w:r>
            <w:r>
              <w:rPr>
                <w:sz w:val="13"/>
              </w:rPr>
              <w:t>日付：</w:t>
            </w:r>
          </w:p>
        </w:tc>
      </w:tr>
      <w:tr w:rsidR="00B821F6" w14:paraId="0D83CBD4" w14:textId="77777777">
        <w:trPr>
          <w:cantSplit/>
          <w:trHeight w:val="450"/>
        </w:trPr>
        <w:tc>
          <w:tcPr>
            <w:tcW w:w="600" w:type="dxa"/>
            <w:tcBorders>
              <w:top w:val="single" w:sz="6" w:space="0" w:color="AAB6BC"/>
              <w:left w:val="single" w:sz="6" w:space="0" w:color="AAB6BC"/>
              <w:bottom w:val="single" w:sz="6" w:space="0" w:color="AAB6BC"/>
              <w:right w:val="single" w:sz="6" w:space="0" w:color="AAB6BC"/>
            </w:tcBorders>
            <w:shd w:val="clear" w:color="auto" w:fill="F6F8F9"/>
            <w:tcMar>
              <w:top w:w="55" w:type="dxa"/>
              <w:left w:w="95" w:type="dxa"/>
              <w:bottom w:w="55" w:type="dxa"/>
              <w:right w:w="95" w:type="dxa"/>
            </w:tcMar>
          </w:tcPr>
          <w:p w14:paraId="26519B81" w14:textId="77777777" w:rsidR="00B821F6" w:rsidRDefault="00DD0983">
            <w:pPr>
              <w:spacing w:after="0" w:line="250" w:lineRule="auto"/>
            </w:pPr>
            <w:r>
              <w:rPr>
                <w:b/>
                <w:sz w:val="13"/>
              </w:rPr>
              <w:t>4</w:t>
            </w:r>
          </w:p>
        </w:tc>
        <w:tc>
          <w:tcPr>
            <w:tcW w:w="3693" w:type="dxa"/>
            <w:tcBorders>
              <w:top w:val="single" w:sz="6" w:space="0" w:color="AAB6BC"/>
              <w:left w:val="single" w:sz="6" w:space="0" w:color="AAB6BC"/>
              <w:bottom w:val="single" w:sz="6" w:space="0" w:color="AAB6BC"/>
              <w:right w:val="single" w:sz="6" w:space="0" w:color="AAB6BC"/>
            </w:tcBorders>
            <w:tcMar>
              <w:top w:w="55" w:type="dxa"/>
              <w:left w:w="95" w:type="dxa"/>
              <w:bottom w:w="55" w:type="dxa"/>
              <w:right w:w="95" w:type="dxa"/>
            </w:tcMar>
          </w:tcPr>
          <w:p w14:paraId="23C7722A" w14:textId="77777777" w:rsidR="00B821F6" w:rsidRDefault="00B821F6">
            <w:pPr>
              <w:spacing w:after="0" w:line="250" w:lineRule="auto"/>
            </w:pPr>
          </w:p>
        </w:tc>
        <w:tc>
          <w:tcPr>
            <w:tcW w:w="1700" w:type="dxa"/>
            <w:tcBorders>
              <w:top w:val="single" w:sz="6" w:space="0" w:color="AAB6BC"/>
              <w:left w:val="single" w:sz="6" w:space="0" w:color="AAB6BC"/>
              <w:bottom w:val="single" w:sz="6" w:space="0" w:color="AAB6BC"/>
              <w:right w:val="single" w:sz="6" w:space="0" w:color="AAB6BC"/>
            </w:tcBorders>
            <w:tcMar>
              <w:top w:w="55" w:type="dxa"/>
              <w:left w:w="95" w:type="dxa"/>
              <w:bottom w:w="55" w:type="dxa"/>
              <w:right w:w="95" w:type="dxa"/>
            </w:tcMar>
          </w:tcPr>
          <w:p w14:paraId="357387FB" w14:textId="77777777" w:rsidR="00B821F6" w:rsidRDefault="00B821F6">
            <w:pPr>
              <w:spacing w:after="0" w:line="250" w:lineRule="auto"/>
            </w:pPr>
          </w:p>
        </w:tc>
        <w:tc>
          <w:tcPr>
            <w:tcW w:w="1800" w:type="dxa"/>
            <w:tcBorders>
              <w:top w:val="single" w:sz="6" w:space="0" w:color="AAB6BC"/>
              <w:left w:val="single" w:sz="6" w:space="0" w:color="AAB6BC"/>
              <w:bottom w:val="single" w:sz="6" w:space="0" w:color="AAB6BC"/>
              <w:right w:val="single" w:sz="6" w:space="0" w:color="AAB6BC"/>
            </w:tcBorders>
            <w:tcMar>
              <w:top w:w="55" w:type="dxa"/>
              <w:left w:w="95" w:type="dxa"/>
              <w:bottom w:w="55" w:type="dxa"/>
              <w:right w:w="95" w:type="dxa"/>
            </w:tcMar>
          </w:tcPr>
          <w:p w14:paraId="2C34700B" w14:textId="77777777" w:rsidR="00B821F6" w:rsidRDefault="00DD0983">
            <w:pPr>
              <w:spacing w:after="0" w:line="250" w:lineRule="auto"/>
            </w:pPr>
            <w:r>
              <w:rPr>
                <w:sz w:val="13"/>
              </w:rPr>
              <w:t xml:space="preserve">　年　月　日</w:t>
            </w:r>
          </w:p>
        </w:tc>
        <w:tc>
          <w:tcPr>
            <w:tcW w:w="2300" w:type="dxa"/>
            <w:tcBorders>
              <w:top w:val="single" w:sz="6" w:space="0" w:color="AAB6BC"/>
              <w:left w:val="single" w:sz="6" w:space="0" w:color="AAB6BC"/>
              <w:bottom w:val="single" w:sz="6" w:space="0" w:color="AAB6BC"/>
              <w:right w:val="single" w:sz="6" w:space="0" w:color="AAB6BC"/>
            </w:tcBorders>
            <w:tcMar>
              <w:top w:w="55" w:type="dxa"/>
              <w:left w:w="95" w:type="dxa"/>
              <w:bottom w:w="55" w:type="dxa"/>
              <w:right w:w="95" w:type="dxa"/>
            </w:tcMar>
          </w:tcPr>
          <w:p w14:paraId="72BB10E3" w14:textId="77777777" w:rsidR="00B821F6" w:rsidRDefault="00DD0983">
            <w:pPr>
              <w:spacing w:after="0" w:line="250" w:lineRule="auto"/>
            </w:pPr>
            <w:r>
              <w:rPr>
                <w:sz w:val="13"/>
              </w:rPr>
              <w:t xml:space="preserve">□ </w:t>
            </w:r>
            <w:r>
              <w:rPr>
                <w:sz w:val="13"/>
              </w:rPr>
              <w:t xml:space="preserve">完了　</w:t>
            </w:r>
            <w:r>
              <w:rPr>
                <w:sz w:val="13"/>
              </w:rPr>
              <w:t xml:space="preserve">□ </w:t>
            </w:r>
            <w:r>
              <w:rPr>
                <w:sz w:val="13"/>
              </w:rPr>
              <w:t>継続</w:t>
            </w:r>
            <w:r>
              <w:rPr>
                <w:sz w:val="13"/>
              </w:rPr>
              <w:br/>
            </w:r>
            <w:r>
              <w:rPr>
                <w:sz w:val="13"/>
              </w:rPr>
              <w:t>日付：</w:t>
            </w:r>
          </w:p>
        </w:tc>
      </w:tr>
      <w:tr w:rsidR="00B821F6" w14:paraId="5670D784" w14:textId="77777777">
        <w:trPr>
          <w:cantSplit/>
          <w:trHeight w:val="450"/>
        </w:trPr>
        <w:tc>
          <w:tcPr>
            <w:tcW w:w="600" w:type="dxa"/>
            <w:tcBorders>
              <w:top w:val="single" w:sz="6" w:space="0" w:color="AAB6BC"/>
              <w:left w:val="single" w:sz="6" w:space="0" w:color="AAB6BC"/>
              <w:bottom w:val="single" w:sz="6" w:space="0" w:color="AAB6BC"/>
              <w:right w:val="single" w:sz="6" w:space="0" w:color="AAB6BC"/>
            </w:tcBorders>
            <w:shd w:val="clear" w:color="auto" w:fill="F6F8F9"/>
            <w:tcMar>
              <w:top w:w="55" w:type="dxa"/>
              <w:left w:w="95" w:type="dxa"/>
              <w:bottom w:w="55" w:type="dxa"/>
              <w:right w:w="95" w:type="dxa"/>
            </w:tcMar>
          </w:tcPr>
          <w:p w14:paraId="142F4522" w14:textId="77777777" w:rsidR="00B821F6" w:rsidRDefault="00DD0983">
            <w:pPr>
              <w:spacing w:after="0" w:line="250" w:lineRule="auto"/>
            </w:pPr>
            <w:r>
              <w:rPr>
                <w:b/>
                <w:sz w:val="13"/>
              </w:rPr>
              <w:t>5</w:t>
            </w:r>
          </w:p>
        </w:tc>
        <w:tc>
          <w:tcPr>
            <w:tcW w:w="3693" w:type="dxa"/>
            <w:tcBorders>
              <w:top w:val="single" w:sz="6" w:space="0" w:color="AAB6BC"/>
              <w:left w:val="single" w:sz="6" w:space="0" w:color="AAB6BC"/>
              <w:bottom w:val="single" w:sz="6" w:space="0" w:color="AAB6BC"/>
              <w:right w:val="single" w:sz="6" w:space="0" w:color="AAB6BC"/>
            </w:tcBorders>
            <w:tcMar>
              <w:top w:w="55" w:type="dxa"/>
              <w:left w:w="95" w:type="dxa"/>
              <w:bottom w:w="55" w:type="dxa"/>
              <w:right w:w="95" w:type="dxa"/>
            </w:tcMar>
          </w:tcPr>
          <w:p w14:paraId="747BD6E8" w14:textId="77777777" w:rsidR="00B821F6" w:rsidRDefault="00B821F6">
            <w:pPr>
              <w:spacing w:after="0" w:line="250" w:lineRule="auto"/>
            </w:pPr>
          </w:p>
        </w:tc>
        <w:tc>
          <w:tcPr>
            <w:tcW w:w="1700" w:type="dxa"/>
            <w:tcBorders>
              <w:top w:val="single" w:sz="6" w:space="0" w:color="AAB6BC"/>
              <w:left w:val="single" w:sz="6" w:space="0" w:color="AAB6BC"/>
              <w:bottom w:val="single" w:sz="6" w:space="0" w:color="AAB6BC"/>
              <w:right w:val="single" w:sz="6" w:space="0" w:color="AAB6BC"/>
            </w:tcBorders>
            <w:tcMar>
              <w:top w:w="55" w:type="dxa"/>
              <w:left w:w="95" w:type="dxa"/>
              <w:bottom w:w="55" w:type="dxa"/>
              <w:right w:w="95" w:type="dxa"/>
            </w:tcMar>
          </w:tcPr>
          <w:p w14:paraId="4DF06CE7" w14:textId="77777777" w:rsidR="00B821F6" w:rsidRDefault="00B821F6">
            <w:pPr>
              <w:spacing w:after="0" w:line="250" w:lineRule="auto"/>
            </w:pPr>
          </w:p>
        </w:tc>
        <w:tc>
          <w:tcPr>
            <w:tcW w:w="1800" w:type="dxa"/>
            <w:tcBorders>
              <w:top w:val="single" w:sz="6" w:space="0" w:color="AAB6BC"/>
              <w:left w:val="single" w:sz="6" w:space="0" w:color="AAB6BC"/>
              <w:bottom w:val="single" w:sz="6" w:space="0" w:color="AAB6BC"/>
              <w:right w:val="single" w:sz="6" w:space="0" w:color="AAB6BC"/>
            </w:tcBorders>
            <w:tcMar>
              <w:top w:w="55" w:type="dxa"/>
              <w:left w:w="95" w:type="dxa"/>
              <w:bottom w:w="55" w:type="dxa"/>
              <w:right w:w="95" w:type="dxa"/>
            </w:tcMar>
          </w:tcPr>
          <w:p w14:paraId="1B8EC60B" w14:textId="77777777" w:rsidR="00B821F6" w:rsidRDefault="00DD0983">
            <w:pPr>
              <w:spacing w:after="0" w:line="250" w:lineRule="auto"/>
            </w:pPr>
            <w:r>
              <w:rPr>
                <w:sz w:val="13"/>
              </w:rPr>
              <w:t xml:space="preserve">　年　月　日</w:t>
            </w:r>
          </w:p>
        </w:tc>
        <w:tc>
          <w:tcPr>
            <w:tcW w:w="2300" w:type="dxa"/>
            <w:tcBorders>
              <w:top w:val="single" w:sz="6" w:space="0" w:color="AAB6BC"/>
              <w:left w:val="single" w:sz="6" w:space="0" w:color="AAB6BC"/>
              <w:bottom w:val="single" w:sz="6" w:space="0" w:color="AAB6BC"/>
              <w:right w:val="single" w:sz="6" w:space="0" w:color="AAB6BC"/>
            </w:tcBorders>
            <w:tcMar>
              <w:top w:w="55" w:type="dxa"/>
              <w:left w:w="95" w:type="dxa"/>
              <w:bottom w:w="55" w:type="dxa"/>
              <w:right w:w="95" w:type="dxa"/>
            </w:tcMar>
          </w:tcPr>
          <w:p w14:paraId="4F504B98" w14:textId="77777777" w:rsidR="00B821F6" w:rsidRDefault="00DD0983">
            <w:pPr>
              <w:spacing w:after="0" w:line="250" w:lineRule="auto"/>
            </w:pPr>
            <w:r>
              <w:rPr>
                <w:sz w:val="13"/>
              </w:rPr>
              <w:t xml:space="preserve">□ </w:t>
            </w:r>
            <w:r>
              <w:rPr>
                <w:sz w:val="13"/>
              </w:rPr>
              <w:t xml:space="preserve">完了　</w:t>
            </w:r>
            <w:r>
              <w:rPr>
                <w:sz w:val="13"/>
              </w:rPr>
              <w:t xml:space="preserve">□ </w:t>
            </w:r>
            <w:r>
              <w:rPr>
                <w:sz w:val="13"/>
              </w:rPr>
              <w:t>継続</w:t>
            </w:r>
            <w:r>
              <w:rPr>
                <w:sz w:val="13"/>
              </w:rPr>
              <w:br/>
            </w:r>
            <w:r>
              <w:rPr>
                <w:sz w:val="13"/>
              </w:rPr>
              <w:t>日付：</w:t>
            </w:r>
          </w:p>
        </w:tc>
      </w:tr>
    </w:tbl>
    <w:p w14:paraId="4208BFDD" w14:textId="77777777" w:rsidR="00B821F6" w:rsidRDefault="00DD0983">
      <w:pPr>
        <w:keepNext/>
        <w:shd w:val="clear" w:color="auto" w:fill="EAF0F3"/>
        <w:spacing w:before="80" w:line="240" w:lineRule="auto"/>
        <w:ind w:left="85"/>
      </w:pPr>
      <w:r>
        <w:rPr>
          <w:b/>
          <w:color w:val="36596A"/>
          <w:sz w:val="21"/>
        </w:rPr>
        <w:t xml:space="preserve">10  </w:t>
      </w:r>
      <w:r>
        <w:rPr>
          <w:b/>
          <w:color w:val="36596A"/>
          <w:sz w:val="21"/>
        </w:rPr>
        <w:t>質問・確認</w:t>
      </w:r>
    </w:p>
    <w:tbl>
      <w:tblPr>
        <w:tblW w:w="10093" w:type="dxa"/>
        <w:tblLayout w:type="fixed"/>
        <w:tblLook w:val="04A0" w:firstRow="1" w:lastRow="0" w:firstColumn="1" w:lastColumn="0" w:noHBand="0" w:noVBand="1"/>
      </w:tblPr>
      <w:tblGrid>
        <w:gridCol w:w="2500"/>
        <w:gridCol w:w="7593"/>
      </w:tblGrid>
      <w:tr w:rsidR="00B821F6" w14:paraId="1A615BE2" w14:textId="77777777">
        <w:trPr>
          <w:cantSplit/>
          <w:trHeight w:val="680"/>
        </w:trPr>
        <w:tc>
          <w:tcPr>
            <w:tcW w:w="2500" w:type="dxa"/>
            <w:tcBorders>
              <w:top w:val="single" w:sz="6" w:space="0" w:color="AAB6BC"/>
              <w:left w:val="single" w:sz="6" w:space="0" w:color="AAB6BC"/>
              <w:bottom w:val="single" w:sz="6" w:space="0" w:color="AAB6BC"/>
              <w:right w:val="single" w:sz="6" w:space="0" w:color="AAB6BC"/>
            </w:tcBorders>
            <w:shd w:val="clear" w:color="auto" w:fill="EAF0F3"/>
            <w:tcMar>
              <w:top w:w="55" w:type="dxa"/>
              <w:left w:w="95" w:type="dxa"/>
              <w:bottom w:w="55" w:type="dxa"/>
              <w:right w:w="95" w:type="dxa"/>
            </w:tcMar>
          </w:tcPr>
          <w:p w14:paraId="64B5641D" w14:textId="77777777" w:rsidR="00B821F6" w:rsidRDefault="00DD0983">
            <w:pPr>
              <w:spacing w:after="0" w:line="250" w:lineRule="auto"/>
            </w:pPr>
            <w:r>
              <w:rPr>
                <w:b/>
                <w:sz w:val="15"/>
              </w:rPr>
              <w:t>本人の質問・懸念</w:t>
            </w:r>
          </w:p>
        </w:tc>
        <w:tc>
          <w:tcPr>
            <w:tcW w:w="7593" w:type="dxa"/>
            <w:tcBorders>
              <w:top w:val="single" w:sz="6" w:space="0" w:color="AAB6BC"/>
              <w:left w:val="single" w:sz="6" w:space="0" w:color="AAB6BC"/>
              <w:bottom w:val="single" w:sz="6" w:space="0" w:color="AAB6BC"/>
              <w:right w:val="single" w:sz="6" w:space="0" w:color="AAB6BC"/>
            </w:tcBorders>
            <w:tcMar>
              <w:top w:w="55" w:type="dxa"/>
              <w:left w:w="95" w:type="dxa"/>
              <w:bottom w:w="55" w:type="dxa"/>
              <w:right w:w="95" w:type="dxa"/>
            </w:tcMar>
          </w:tcPr>
          <w:p w14:paraId="1DCE9CC8" w14:textId="77777777" w:rsidR="00B821F6" w:rsidRDefault="00B821F6">
            <w:pPr>
              <w:spacing w:after="0" w:line="250" w:lineRule="auto"/>
            </w:pPr>
          </w:p>
        </w:tc>
      </w:tr>
      <w:tr w:rsidR="00B821F6" w14:paraId="47DC2E67" w14:textId="77777777">
        <w:trPr>
          <w:cantSplit/>
          <w:trHeight w:val="560"/>
        </w:trPr>
        <w:tc>
          <w:tcPr>
            <w:tcW w:w="2500" w:type="dxa"/>
            <w:tcBorders>
              <w:top w:val="single" w:sz="6" w:space="0" w:color="AAB6BC"/>
              <w:left w:val="single" w:sz="6" w:space="0" w:color="AAB6BC"/>
              <w:bottom w:val="single" w:sz="6" w:space="0" w:color="AAB6BC"/>
              <w:right w:val="single" w:sz="6" w:space="0" w:color="AAB6BC"/>
            </w:tcBorders>
            <w:shd w:val="clear" w:color="auto" w:fill="EAF0F3"/>
            <w:tcMar>
              <w:top w:w="55" w:type="dxa"/>
              <w:left w:w="95" w:type="dxa"/>
              <w:bottom w:w="55" w:type="dxa"/>
              <w:right w:w="95" w:type="dxa"/>
            </w:tcMar>
          </w:tcPr>
          <w:p w14:paraId="240E9B8F" w14:textId="77777777" w:rsidR="00B821F6" w:rsidRDefault="00DD0983">
            <w:pPr>
              <w:spacing w:after="0" w:line="250" w:lineRule="auto"/>
            </w:pPr>
            <w:r>
              <w:rPr>
                <w:b/>
                <w:sz w:val="15"/>
              </w:rPr>
              <w:t>会社回答・後日回答</w:t>
            </w:r>
          </w:p>
        </w:tc>
        <w:tc>
          <w:tcPr>
            <w:tcW w:w="7593" w:type="dxa"/>
            <w:tcBorders>
              <w:top w:val="single" w:sz="6" w:space="0" w:color="AAB6BC"/>
              <w:left w:val="single" w:sz="6" w:space="0" w:color="AAB6BC"/>
              <w:bottom w:val="single" w:sz="6" w:space="0" w:color="AAB6BC"/>
              <w:right w:val="single" w:sz="6" w:space="0" w:color="AAB6BC"/>
            </w:tcBorders>
            <w:tcMar>
              <w:top w:w="55" w:type="dxa"/>
              <w:left w:w="95" w:type="dxa"/>
              <w:bottom w:w="55" w:type="dxa"/>
              <w:right w:w="95" w:type="dxa"/>
            </w:tcMar>
          </w:tcPr>
          <w:p w14:paraId="5F72881A" w14:textId="77777777" w:rsidR="00B821F6" w:rsidRDefault="00DD0983">
            <w:pPr>
              <w:spacing w:after="0" w:line="250" w:lineRule="auto"/>
            </w:pPr>
            <w:r>
              <w:rPr>
                <w:sz w:val="14"/>
              </w:rPr>
              <w:t xml:space="preserve">□ </w:t>
            </w:r>
            <w:r>
              <w:rPr>
                <w:sz w:val="14"/>
              </w:rPr>
              <w:t>回答済</w:t>
            </w:r>
            <w:r>
              <w:rPr>
                <w:sz w:val="14"/>
              </w:rPr>
              <w:t xml:space="preserve"> □ </w:t>
            </w:r>
            <w:r>
              <w:rPr>
                <w:sz w:val="14"/>
              </w:rPr>
              <w:t>後日回答　担当：　　　　　　期限：　　　年　月　日</w:t>
            </w:r>
            <w:r>
              <w:rPr>
                <w:sz w:val="14"/>
              </w:rPr>
              <w:br/>
            </w:r>
            <w:r>
              <w:rPr>
                <w:sz w:val="14"/>
              </w:rPr>
              <w:t>内容：</w:t>
            </w:r>
          </w:p>
        </w:tc>
      </w:tr>
      <w:tr w:rsidR="00B821F6" w14:paraId="42A7CB4A" w14:textId="77777777">
        <w:trPr>
          <w:cantSplit/>
          <w:trHeight w:val="720"/>
        </w:trPr>
        <w:tc>
          <w:tcPr>
            <w:tcW w:w="2500" w:type="dxa"/>
            <w:tcBorders>
              <w:top w:val="single" w:sz="6" w:space="0" w:color="AAB6BC"/>
              <w:left w:val="single" w:sz="6" w:space="0" w:color="AAB6BC"/>
              <w:bottom w:val="single" w:sz="6" w:space="0" w:color="AAB6BC"/>
              <w:right w:val="single" w:sz="6" w:space="0" w:color="AAB6BC"/>
            </w:tcBorders>
            <w:shd w:val="clear" w:color="auto" w:fill="EAF0F3"/>
            <w:tcMar>
              <w:top w:w="55" w:type="dxa"/>
              <w:left w:w="95" w:type="dxa"/>
              <w:bottom w:w="55" w:type="dxa"/>
              <w:right w:w="95" w:type="dxa"/>
            </w:tcMar>
          </w:tcPr>
          <w:p w14:paraId="64ED00E7" w14:textId="77777777" w:rsidR="00B821F6" w:rsidRDefault="00DD0983">
            <w:pPr>
              <w:spacing w:after="0" w:line="250" w:lineRule="auto"/>
            </w:pPr>
            <w:r>
              <w:rPr>
                <w:b/>
                <w:sz w:val="15"/>
              </w:rPr>
              <w:t>確認</w:t>
            </w:r>
          </w:p>
        </w:tc>
        <w:tc>
          <w:tcPr>
            <w:tcW w:w="7593" w:type="dxa"/>
            <w:tcBorders>
              <w:top w:val="single" w:sz="6" w:space="0" w:color="AAB6BC"/>
              <w:left w:val="single" w:sz="6" w:space="0" w:color="AAB6BC"/>
              <w:bottom w:val="single" w:sz="6" w:space="0" w:color="AAB6BC"/>
              <w:right w:val="single" w:sz="6" w:space="0" w:color="AAB6BC"/>
            </w:tcBorders>
            <w:tcMar>
              <w:top w:w="55" w:type="dxa"/>
              <w:left w:w="95" w:type="dxa"/>
              <w:bottom w:w="55" w:type="dxa"/>
              <w:right w:w="95" w:type="dxa"/>
            </w:tcMar>
          </w:tcPr>
          <w:p w14:paraId="734895CD" w14:textId="77777777" w:rsidR="00B821F6" w:rsidRDefault="00DD0983">
            <w:pPr>
              <w:spacing w:after="0" w:line="250" w:lineRule="auto"/>
              <w:rPr>
                <w:lang w:eastAsia="ja-JP"/>
              </w:rPr>
            </w:pPr>
            <w:r>
              <w:rPr>
                <w:sz w:val="14"/>
                <w:lang w:eastAsia="ja-JP"/>
              </w:rPr>
              <w:t>本人：説明を受けたことを</w:t>
            </w:r>
            <w:r>
              <w:rPr>
                <w:sz w:val="14"/>
                <w:lang w:eastAsia="ja-JP"/>
              </w:rPr>
              <w:t xml:space="preserve"> □ </w:t>
            </w:r>
            <w:r>
              <w:rPr>
                <w:sz w:val="14"/>
                <w:lang w:eastAsia="ja-JP"/>
              </w:rPr>
              <w:t>口頭確認</w:t>
            </w:r>
            <w:r>
              <w:rPr>
                <w:sz w:val="14"/>
                <w:lang w:eastAsia="ja-JP"/>
              </w:rPr>
              <w:t xml:space="preserve"> □ </w:t>
            </w:r>
            <w:r>
              <w:rPr>
                <w:sz w:val="14"/>
                <w:lang w:eastAsia="ja-JP"/>
              </w:rPr>
              <w:t>メール確認</w:t>
            </w:r>
            <w:r>
              <w:rPr>
                <w:sz w:val="14"/>
                <w:lang w:eastAsia="ja-JP"/>
              </w:rPr>
              <w:t xml:space="preserve"> □ </w:t>
            </w:r>
            <w:r>
              <w:rPr>
                <w:sz w:val="14"/>
                <w:lang w:eastAsia="ja-JP"/>
              </w:rPr>
              <w:t>署名確認</w:t>
            </w:r>
            <w:r>
              <w:rPr>
                <w:sz w:val="14"/>
                <w:lang w:eastAsia="ja-JP"/>
              </w:rPr>
              <w:br/>
            </w:r>
            <w:r>
              <w:rPr>
                <w:sz w:val="14"/>
                <w:lang w:eastAsia="ja-JP"/>
              </w:rPr>
              <w:t>本人氏名：　　　　　　　　確認日：　　　年　月　日</w:t>
            </w:r>
            <w:r>
              <w:rPr>
                <w:sz w:val="14"/>
                <w:lang w:eastAsia="ja-JP"/>
              </w:rPr>
              <w:br/>
            </w:r>
            <w:r>
              <w:rPr>
                <w:sz w:val="14"/>
                <w:lang w:eastAsia="ja-JP"/>
              </w:rPr>
              <w:t>説明者：　　　　　　　　確認者：</w:t>
            </w:r>
          </w:p>
        </w:tc>
      </w:tr>
    </w:tbl>
    <w:p w14:paraId="3A2EAC6D" w14:textId="77777777" w:rsidR="00DD0983" w:rsidRDefault="00DD0983">
      <w:pPr>
        <w:rPr>
          <w:lang w:eastAsia="ja-JP"/>
        </w:rPr>
      </w:pPr>
    </w:p>
    <w:sectPr w:rsidR="00DD0983" w:rsidSect="00034616">
      <w:footerReference w:type="default" r:id="rId8"/>
      <w:pgSz w:w="11906" w:h="16838"/>
      <w:pgMar w:top="340" w:right="907" w:bottom="340" w:left="907" w:header="340" w:footer="34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220801" w14:textId="77777777" w:rsidR="00DD0983" w:rsidRDefault="00DD0983">
      <w:pPr>
        <w:spacing w:after="0" w:line="240" w:lineRule="auto"/>
      </w:pPr>
      <w:r>
        <w:separator/>
      </w:r>
    </w:p>
  </w:endnote>
  <w:endnote w:type="continuationSeparator" w:id="0">
    <w:p w14:paraId="4E899E49" w14:textId="77777777" w:rsidR="00DD0983" w:rsidRDefault="00DD09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28AB62" w14:textId="48D791C0" w:rsidR="00B821F6" w:rsidRDefault="00A2196E">
    <w:pPr>
      <w:pStyle w:val="a7"/>
      <w:jc w:val="center"/>
      <w:rPr>
        <w:lang w:eastAsia="ja-JP"/>
      </w:rPr>
    </w:pPr>
    <w:r w:rsidRPr="00A2196E">
      <w:rPr>
        <w:color w:val="65747C"/>
        <w:sz w:val="16"/>
        <w:lang w:eastAsia="ja-JP"/>
      </w:rPr>
      <w:t>つくる Creative Workforce Support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5CDD60" w14:textId="77777777" w:rsidR="00DD0983" w:rsidRDefault="00DD0983">
      <w:pPr>
        <w:spacing w:after="0" w:line="240" w:lineRule="auto"/>
      </w:pPr>
      <w:r>
        <w:separator/>
      </w:r>
    </w:p>
  </w:footnote>
  <w:footnote w:type="continuationSeparator" w:id="0">
    <w:p w14:paraId="7CEB52F9" w14:textId="77777777" w:rsidR="00DD0983" w:rsidRDefault="00DD098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59126283">
    <w:abstractNumId w:val="8"/>
  </w:num>
  <w:num w:numId="2" w16cid:durableId="1097024791">
    <w:abstractNumId w:val="6"/>
  </w:num>
  <w:num w:numId="3" w16cid:durableId="122579495">
    <w:abstractNumId w:val="5"/>
  </w:num>
  <w:num w:numId="4" w16cid:durableId="156579179">
    <w:abstractNumId w:val="4"/>
  </w:num>
  <w:num w:numId="5" w16cid:durableId="1311599218">
    <w:abstractNumId w:val="7"/>
  </w:num>
  <w:num w:numId="6" w16cid:durableId="944456700">
    <w:abstractNumId w:val="3"/>
  </w:num>
  <w:num w:numId="7" w16cid:durableId="413818756">
    <w:abstractNumId w:val="2"/>
  </w:num>
  <w:num w:numId="8" w16cid:durableId="955285394">
    <w:abstractNumId w:val="1"/>
  </w:num>
  <w:num w:numId="9" w16cid:durableId="10055208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defaultTabStop w:val="72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1A4764"/>
    <w:rsid w:val="0029639D"/>
    <w:rsid w:val="00326F90"/>
    <w:rsid w:val="00A2196E"/>
    <w:rsid w:val="00AA1D8D"/>
    <w:rsid w:val="00B47730"/>
    <w:rsid w:val="00B821F6"/>
    <w:rsid w:val="00CB0664"/>
    <w:rsid w:val="00DD0983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A00B6B7"/>
  <w14:defaultImageDpi w14:val="300"/>
  <w15:docId w15:val="{30EC57FD-980D-4FAE-A24A-B2E49C11BA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pPr>
      <w:spacing w:after="60" w:line="254" w:lineRule="auto"/>
    </w:pPr>
    <w:rPr>
      <w:rFonts w:ascii="游ゴシック" w:eastAsia="游ゴシック" w:hAnsi="游ゴシック"/>
      <w:color w:val="243640"/>
      <w:sz w:val="17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ヘッダー (文字)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フッター (文字)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見出し 1 (文字)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見出し 2 (文字)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見出し 3 (文字)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表題 (文字)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副題 (文字)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本文 (文字)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本文 2 (文字)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本文 3 (文字)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マクロ文字列 (文字)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af5">
    <w:name w:val="Quote"/>
    <w:basedOn w:val="a1"/>
    <w:next w:val="a1"/>
    <w:link w:val="af6"/>
    <w:uiPriority w:val="29"/>
    <w:qFormat/>
    <w:rsid w:val="00FC693F"/>
    <w:rPr>
      <w:i/>
      <w:iCs/>
      <w:color w:val="000000" w:themeColor="text1"/>
    </w:rPr>
  </w:style>
  <w:style w:type="character" w:customStyle="1" w:styleId="af6">
    <w:name w:val="引用文 (文字)"/>
    <w:basedOn w:val="a2"/>
    <w:link w:val="af5"/>
    <w:uiPriority w:val="29"/>
    <w:rsid w:val="00FC693F"/>
    <w:rPr>
      <w:i/>
      <w:iCs/>
      <w:color w:val="000000" w:themeColor="text1"/>
    </w:rPr>
  </w:style>
  <w:style w:type="character" w:customStyle="1" w:styleId="40">
    <w:name w:val="見出し 4 (文字)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見出し 5 (文字)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見出し 6 (文字)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見出し 7 (文字)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見出し 8 (文字)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見出し 9 (文字)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7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8">
    <w:name w:val="Strong"/>
    <w:basedOn w:val="a2"/>
    <w:uiPriority w:val="22"/>
    <w:qFormat/>
    <w:rsid w:val="00FC693F"/>
    <w:rPr>
      <w:b/>
      <w:bCs/>
    </w:rPr>
  </w:style>
  <w:style w:type="character" w:styleId="af9">
    <w:name w:val="Emphasis"/>
    <w:basedOn w:val="a2"/>
    <w:uiPriority w:val="20"/>
    <w:qFormat/>
    <w:rsid w:val="00FC693F"/>
    <w:rPr>
      <w:i/>
      <w:iCs/>
    </w:rPr>
  </w:style>
  <w:style w:type="paragraph" w:styleId="27">
    <w:name w:val="Intense Quote"/>
    <w:basedOn w:val="a1"/>
    <w:next w:val="a1"/>
    <w:link w:val="28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28">
    <w:name w:val="引用文 2 (文字)"/>
    <w:basedOn w:val="a2"/>
    <w:link w:val="27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29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b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2a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c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d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e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12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13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14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15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16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17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2b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2c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2d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2e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2f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2f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2f1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37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38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39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3a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3b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3c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3d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4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2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3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4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5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6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7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1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2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3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4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5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6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7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61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62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63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64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65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66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67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71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2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3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4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5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6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7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82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83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4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85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86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87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1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2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3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100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10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10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10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10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10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10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110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11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11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113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14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15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6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120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1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2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24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5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6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30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31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32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33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3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35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36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40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41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42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43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44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4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46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3</Pages>
  <Words>377</Words>
  <Characters>2150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2522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休職開始時説明・確認チェックリスト</dc:title>
  <dc:subject>休職開始時の制度説明、療養、連絡、費用、個人情報、復職手順および未完了事項の確認様式</dc:subject>
  <dc:creator/>
  <cp:keywords/>
  <dc:description>generated by python-docx</dc:description>
  <cp:lastModifiedBy>大塚若菜</cp:lastModifiedBy>
  <cp:revision>2</cp:revision>
  <dcterms:created xsi:type="dcterms:W3CDTF">2013-12-23T23:15:00Z</dcterms:created>
  <dcterms:modified xsi:type="dcterms:W3CDTF">2026-08-24T07:14:00Z</dcterms:modified>
  <cp:category/>
</cp:coreProperties>
</file>