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000"/>
        <w:gridCol w:w="5093"/>
      </w:tblGrid>
      <w:tr w:rsidR="005B7BCE" w14:paraId="4CD4BC45" w14:textId="77777777"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728E1" w14:textId="5BF13489" w:rsidR="005B7BCE" w:rsidRDefault="00B74786">
            <w:pPr>
              <w:spacing w:after="0"/>
              <w:rPr>
                <w:lang w:eastAsia="ja-JP"/>
              </w:rPr>
            </w:pPr>
            <w:r>
              <w:rPr>
                <w:b/>
                <w:color w:val="36596A"/>
                <w:lang w:eastAsia="ja-JP"/>
              </w:rPr>
              <w:t>社内記録</w:t>
            </w:r>
            <w:r w:rsidR="000472A0">
              <w:rPr>
                <w:rFonts w:hint="eastAsia"/>
                <w:b/>
                <w:color w:val="36596A"/>
                <w:lang w:eastAsia="ja-JP"/>
              </w:rPr>
              <w:t>用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80281" w14:textId="77777777" w:rsidR="005B7BCE" w:rsidRDefault="00B74786">
            <w:pPr>
              <w:spacing w:after="0"/>
              <w:jc w:val="right"/>
              <w:rPr>
                <w:lang w:eastAsia="ja-JP"/>
              </w:rPr>
            </w:pPr>
            <w:r>
              <w:rPr>
                <w:lang w:eastAsia="ja-JP"/>
              </w:rPr>
              <w:t>ケース</w:t>
            </w:r>
            <w:r>
              <w:rPr>
                <w:lang w:eastAsia="ja-JP"/>
              </w:rPr>
              <w:t>ID</w:t>
            </w:r>
            <w:r>
              <w:rPr>
                <w:lang w:eastAsia="ja-JP"/>
              </w:rPr>
              <w:t>：　　　　　　　　　面談</w:t>
            </w:r>
            <w:r>
              <w:rPr>
                <w:lang w:eastAsia="ja-JP"/>
              </w:rPr>
              <w:t>No.</w:t>
            </w:r>
            <w:r>
              <w:rPr>
                <w:lang w:eastAsia="ja-JP"/>
              </w:rPr>
              <w:t xml:space="preserve">：　　　　　</w:t>
            </w:r>
          </w:p>
        </w:tc>
      </w:tr>
    </w:tbl>
    <w:p w14:paraId="18477FC1" w14:textId="77777777" w:rsidR="005B7BCE" w:rsidRDefault="00B74786">
      <w:pPr>
        <w:keepNext/>
        <w:spacing w:after="40" w:line="240" w:lineRule="auto"/>
        <w:jc w:val="center"/>
        <w:rPr>
          <w:lang w:eastAsia="ja-JP"/>
        </w:rPr>
      </w:pPr>
      <w:r>
        <w:rPr>
          <w:b/>
          <w:sz w:val="31"/>
          <w:lang w:eastAsia="ja-JP"/>
        </w:rPr>
        <w:t>メンタルヘルス不調者　面談記録チェックシート</w:t>
      </w:r>
    </w:p>
    <w:p w14:paraId="09FCDD0B" w14:textId="77777777" w:rsidR="005B7BCE" w:rsidRDefault="00B74786">
      <w:pPr>
        <w:spacing w:after="100" w:line="240" w:lineRule="auto"/>
        <w:jc w:val="center"/>
        <w:rPr>
          <w:lang w:eastAsia="ja-JP"/>
        </w:rPr>
      </w:pPr>
      <w:r>
        <w:rPr>
          <w:color w:val="65747C"/>
          <w:sz w:val="16"/>
          <w:lang w:eastAsia="ja-JP"/>
        </w:rPr>
        <w:t>個別面談記録</w:t>
      </w:r>
      <w:r>
        <w:rPr>
          <w:color w:val="65747C"/>
          <w:sz w:val="16"/>
          <w:lang w:eastAsia="ja-JP"/>
        </w:rPr>
        <w:t xml:space="preserve"> — </w:t>
      </w:r>
      <w:r>
        <w:rPr>
          <w:color w:val="65747C"/>
          <w:sz w:val="16"/>
          <w:lang w:eastAsia="ja-JP"/>
        </w:rPr>
        <w:t>発言・確認事実・所見を分けて記録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5B7BCE" w14:paraId="02D29821" w14:textId="77777777">
        <w:tc>
          <w:tcPr>
            <w:tcW w:w="100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FF4D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4B89EE0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color w:val="36596A"/>
                <w:lang w:eastAsia="ja-JP"/>
              </w:rPr>
              <w:t>記録原則</w:t>
            </w:r>
          </w:p>
          <w:p w14:paraId="79B3D3D5" w14:textId="1052802B" w:rsidR="005B7BCE" w:rsidRDefault="00B74786">
            <w:pPr>
              <w:spacing w:after="0" w:line="259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>診断・性格評価・推測は記載せず、</w:t>
            </w:r>
            <w:r w:rsidR="000472A0">
              <w:rPr>
                <w:rFonts w:hint="eastAsia"/>
                <w:sz w:val="15"/>
                <w:lang w:eastAsia="ja-JP"/>
              </w:rPr>
              <w:t>①</w:t>
            </w:r>
            <w:r>
              <w:rPr>
                <w:sz w:val="15"/>
                <w:lang w:eastAsia="ja-JP"/>
              </w:rPr>
              <w:t>面談者が直接確認した事実、</w:t>
            </w:r>
            <w:r w:rsidR="000472A0">
              <w:rPr>
                <w:rFonts w:hint="eastAsia"/>
                <w:sz w:val="15"/>
                <w:lang w:eastAsia="ja-JP"/>
              </w:rPr>
              <w:t>②</w:t>
            </w:r>
            <w:r>
              <w:rPr>
                <w:sz w:val="15"/>
                <w:lang w:eastAsia="ja-JP"/>
              </w:rPr>
              <w:t>書類・勤怠等の資料、</w:t>
            </w:r>
            <w:r w:rsidR="000472A0">
              <w:rPr>
                <w:rFonts w:hint="eastAsia"/>
                <w:sz w:val="15"/>
                <w:lang w:eastAsia="ja-JP"/>
              </w:rPr>
              <w:t>③</w:t>
            </w:r>
            <w:r w:rsidR="000472A0">
              <w:rPr>
                <w:sz w:val="15"/>
                <w:lang w:eastAsia="ja-JP"/>
              </w:rPr>
              <w:t>本人の発言</w:t>
            </w:r>
            <w:r w:rsidR="00CE3A02">
              <w:rPr>
                <w:sz w:val="15"/>
                <w:lang w:eastAsia="ja-JP"/>
              </w:rPr>
              <w:t>（</w:t>
            </w:r>
            <w:r w:rsidR="00CE3A02">
              <w:rPr>
                <w:rFonts w:hint="eastAsia"/>
                <w:sz w:val="15"/>
                <w:lang w:eastAsia="ja-JP"/>
              </w:rPr>
              <w:t>認識）を</w:t>
            </w:r>
            <w:r>
              <w:rPr>
                <w:sz w:val="15"/>
                <w:lang w:eastAsia="ja-JP"/>
              </w:rPr>
              <w:t>区別し</w:t>
            </w:r>
            <w:r w:rsidR="00CE3A02">
              <w:rPr>
                <w:rFonts w:hint="eastAsia"/>
                <w:sz w:val="15"/>
                <w:lang w:eastAsia="ja-JP"/>
              </w:rPr>
              <w:t>て記入する。</w:t>
            </w:r>
            <w:r w:rsidR="00CE3A02">
              <w:rPr>
                <w:sz w:val="15"/>
                <w:lang w:eastAsia="ja-JP"/>
              </w:rPr>
              <w:br/>
            </w:r>
            <w:r>
              <w:rPr>
                <w:sz w:val="15"/>
                <w:lang w:eastAsia="ja-JP"/>
              </w:rPr>
              <w:t>断名や治療の詳細は、就業上必要な範囲を超えて聴取・共有しません。</w:t>
            </w:r>
          </w:p>
        </w:tc>
      </w:tr>
    </w:tbl>
    <w:p w14:paraId="6422E64E" w14:textId="77777777" w:rsidR="005B7BCE" w:rsidRDefault="00B74786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1  </w:t>
      </w:r>
      <w:r>
        <w:rPr>
          <w:b/>
          <w:color w:val="36596A"/>
          <w:sz w:val="21"/>
        </w:rPr>
        <w:t>面談基本情報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550"/>
        <w:gridCol w:w="3496"/>
        <w:gridCol w:w="1550"/>
        <w:gridCol w:w="3497"/>
      </w:tblGrid>
      <w:tr w:rsidR="005B7BCE" w14:paraId="3DCF6562" w14:textId="77777777">
        <w:trPr>
          <w:cantSplit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9EA20A5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対象者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5F33069" w14:textId="77777777" w:rsidR="005B7BCE" w:rsidRDefault="00B74786">
            <w:pPr>
              <w:spacing w:after="0" w:line="250" w:lineRule="auto"/>
            </w:pPr>
            <w:r>
              <w:rPr>
                <w:sz w:val="15"/>
              </w:rPr>
              <w:t>氏名：　　　　　　　　　社員番号：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D94F726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所属・役職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6DA3FD3" w14:textId="77777777" w:rsidR="005B7BCE" w:rsidRDefault="005B7BCE">
            <w:pPr>
              <w:spacing w:after="0" w:line="250" w:lineRule="auto"/>
            </w:pPr>
          </w:p>
        </w:tc>
      </w:tr>
      <w:tr w:rsidR="005B7BCE" w14:paraId="5FE2B04D" w14:textId="77777777">
        <w:trPr>
          <w:cantSplit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8713160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面談日時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9800260" w14:textId="77777777" w:rsidR="005B7BCE" w:rsidRDefault="00B74786">
            <w:pPr>
              <w:spacing w:after="0" w:line="250" w:lineRule="auto"/>
            </w:pPr>
            <w:r>
              <w:rPr>
                <w:sz w:val="15"/>
              </w:rPr>
              <w:t xml:space="preserve">　　　年　　月　　日　　：　～　：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EE7CFD4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方法・場所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E1CBF45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>対面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オンライン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電話</w:t>
            </w:r>
            <w:r>
              <w:rPr>
                <w:sz w:val="15"/>
                <w:lang w:eastAsia="ja-JP"/>
              </w:rPr>
              <w:br/>
            </w:r>
            <w:r>
              <w:rPr>
                <w:sz w:val="15"/>
                <w:lang w:eastAsia="ja-JP"/>
              </w:rPr>
              <w:t>場所：</w:t>
            </w:r>
          </w:p>
        </w:tc>
      </w:tr>
      <w:tr w:rsidR="005B7BCE" w14:paraId="3313FF11" w14:textId="77777777">
        <w:trPr>
          <w:cantSplit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6926C17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面談者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A497A56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>上司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人事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産業医等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その他</w:t>
            </w:r>
            <w:r>
              <w:rPr>
                <w:sz w:val="15"/>
                <w:lang w:eastAsia="ja-JP"/>
              </w:rPr>
              <w:br/>
            </w:r>
            <w:r>
              <w:rPr>
                <w:sz w:val="15"/>
                <w:lang w:eastAsia="ja-JP"/>
              </w:rPr>
              <w:t>氏名：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FE6EFC3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同席者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988E05D" w14:textId="77777777" w:rsidR="005B7BCE" w:rsidRDefault="00B74786">
            <w:pPr>
              <w:spacing w:after="0" w:line="250" w:lineRule="auto"/>
            </w:pPr>
            <w:r>
              <w:rPr>
                <w:sz w:val="15"/>
              </w:rPr>
              <w:t>氏名・役割：</w:t>
            </w:r>
          </w:p>
        </w:tc>
      </w:tr>
      <w:tr w:rsidR="005B7BCE" w14:paraId="3D738B46" w14:textId="77777777">
        <w:trPr>
          <w:cantSplit/>
          <w:trHeight w:val="500"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12CFA42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現在の段階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589699A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 xml:space="preserve">休職前（受診前）　</w:t>
            </w: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 xml:space="preserve">受診後（休職申請提出前）　</w:t>
            </w: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>休職中（復職申請提出前）</w:t>
            </w:r>
            <w:r>
              <w:rPr>
                <w:sz w:val="15"/>
                <w:lang w:eastAsia="ja-JP"/>
              </w:rPr>
              <w:br/>
              <w:t xml:space="preserve">□ </w:t>
            </w:r>
            <w:r>
              <w:rPr>
                <w:sz w:val="15"/>
                <w:lang w:eastAsia="ja-JP"/>
              </w:rPr>
              <w:t xml:space="preserve">復職申請時　</w:t>
            </w: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 xml:space="preserve">リハビリ勤務中　</w:t>
            </w: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 xml:space="preserve">本格復職前　</w:t>
            </w: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>本格復職後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3A5188F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前回記録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FABD0BC" w14:textId="77777777" w:rsidR="005B7BCE" w:rsidRDefault="00B74786">
            <w:pPr>
              <w:spacing w:after="0" w:line="250" w:lineRule="auto"/>
            </w:pPr>
            <w:r>
              <w:rPr>
                <w:sz w:val="15"/>
              </w:rPr>
              <w:t>面談</w:t>
            </w:r>
            <w:r>
              <w:rPr>
                <w:sz w:val="15"/>
              </w:rPr>
              <w:t>No.</w:t>
            </w:r>
            <w:r>
              <w:rPr>
                <w:sz w:val="15"/>
              </w:rPr>
              <w:t xml:space="preserve">　　　／　　　年　月　日</w:t>
            </w:r>
          </w:p>
        </w:tc>
      </w:tr>
      <w:tr w:rsidR="005B7BCE" w14:paraId="107DC1FA" w14:textId="77777777">
        <w:trPr>
          <w:cantSplit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4B2C124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面談の契機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8A84B36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>本人申出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上司から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定期面談</w:t>
            </w:r>
            <w:r>
              <w:rPr>
                <w:sz w:val="15"/>
                <w:lang w:eastAsia="ja-JP"/>
              </w:rPr>
              <w:br/>
              <w:t xml:space="preserve">□ </w:t>
            </w:r>
            <w:r>
              <w:rPr>
                <w:sz w:val="15"/>
                <w:lang w:eastAsia="ja-JP"/>
              </w:rPr>
              <w:t>診断書提出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会社手続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その他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B5A14E2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面談目的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9DFF9C5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>状況確認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受診勧奨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休職</w:t>
            </w:r>
            <w:r>
              <w:rPr>
                <w:sz w:val="15"/>
                <w:lang w:eastAsia="ja-JP"/>
              </w:rPr>
              <w:br/>
              <w:t xml:space="preserve">□ </w:t>
            </w:r>
            <w:r>
              <w:rPr>
                <w:sz w:val="15"/>
                <w:lang w:eastAsia="ja-JP"/>
              </w:rPr>
              <w:t>復職判断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計画見直し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フォロー</w:t>
            </w:r>
          </w:p>
        </w:tc>
      </w:tr>
      <w:tr w:rsidR="005B7BCE" w14:paraId="3E41AE4D" w14:textId="77777777">
        <w:trPr>
          <w:cantSplit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3874B44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説明・取扱い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85F596E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 xml:space="preserve">面談目的を説明　</w:t>
            </w: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>記録作成を説明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CF68FC0" w14:textId="77777777" w:rsidR="005B7BCE" w:rsidRDefault="00B74786">
            <w:pPr>
              <w:spacing w:after="0" w:line="250" w:lineRule="auto"/>
            </w:pPr>
            <w:r>
              <w:rPr>
                <w:b/>
                <w:sz w:val="15"/>
              </w:rPr>
              <w:t>共有範囲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9F59AD4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>人事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上司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産業保健</w:t>
            </w:r>
            <w:r>
              <w:rPr>
                <w:sz w:val="15"/>
                <w:lang w:eastAsia="ja-JP"/>
              </w:rPr>
              <w:br/>
              <w:t xml:space="preserve">□ </w:t>
            </w:r>
            <w:r>
              <w:rPr>
                <w:sz w:val="15"/>
                <w:lang w:eastAsia="ja-JP"/>
              </w:rPr>
              <w:t>決定権者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その他</w:t>
            </w:r>
          </w:p>
        </w:tc>
      </w:tr>
    </w:tbl>
    <w:p w14:paraId="3F4731F5" w14:textId="32BFF47A" w:rsidR="000472A0" w:rsidRDefault="000472A0" w:rsidP="000472A0">
      <w:pPr>
        <w:keepNext/>
        <w:shd w:val="clear" w:color="auto" w:fill="EAF0F3"/>
        <w:spacing w:before="80" w:line="240" w:lineRule="auto"/>
        <w:ind w:left="85"/>
        <w:rPr>
          <w:lang w:eastAsia="ja-JP"/>
        </w:rPr>
      </w:pPr>
      <w:r>
        <w:rPr>
          <w:rFonts w:hint="eastAsia"/>
          <w:b/>
          <w:color w:val="36596A"/>
          <w:sz w:val="21"/>
          <w:lang w:eastAsia="ja-JP"/>
        </w:rPr>
        <w:t>2</w:t>
      </w:r>
      <w:r>
        <w:rPr>
          <w:b/>
          <w:color w:val="36596A"/>
          <w:sz w:val="21"/>
          <w:lang w:eastAsia="ja-JP"/>
        </w:rPr>
        <w:t xml:space="preserve">  面談者が直接確認した客観的事実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300"/>
        <w:gridCol w:w="7793"/>
      </w:tblGrid>
      <w:tr w:rsidR="000472A0" w14:paraId="569AB826" w14:textId="77777777" w:rsidTr="0097669D">
        <w:trPr>
          <w:cantSplit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9545527" w14:textId="77777777" w:rsidR="000472A0" w:rsidRDefault="000472A0" w:rsidP="0097669D">
            <w:pPr>
              <w:spacing w:after="0" w:line="250" w:lineRule="auto"/>
            </w:pPr>
            <w:r>
              <w:rPr>
                <w:b/>
                <w:sz w:val="16"/>
              </w:rPr>
              <w:t>連絡・出席</w:t>
            </w: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3538825" w14:textId="77777777" w:rsidR="000472A0" w:rsidRDefault="000472A0" w:rsidP="0097669D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>予定時刻：□ 定刻 □ 遅刻 □ 変更 □ 欠席　／ 連絡：□ あり □ なし</w:t>
            </w:r>
            <w:r>
              <w:rPr>
                <w:sz w:val="15"/>
                <w:lang w:eastAsia="ja-JP"/>
              </w:rPr>
              <w:br/>
              <w:t>確認できた日時・方法：</w:t>
            </w:r>
          </w:p>
        </w:tc>
      </w:tr>
      <w:tr w:rsidR="000472A0" w14:paraId="67DB24D3" w14:textId="77777777" w:rsidTr="0097669D">
        <w:trPr>
          <w:cantSplit/>
          <w:trHeight w:val="580"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897794D" w14:textId="77777777" w:rsidR="000472A0" w:rsidRDefault="000472A0" w:rsidP="0097669D">
            <w:pPr>
              <w:spacing w:after="0" w:line="250" w:lineRule="auto"/>
            </w:pPr>
            <w:r>
              <w:rPr>
                <w:b/>
                <w:sz w:val="16"/>
              </w:rPr>
              <w:t>面談中の事実</w:t>
            </w: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6153D3D" w14:textId="77777777" w:rsidR="000472A0" w:rsidRDefault="000472A0" w:rsidP="0097669D">
            <w:pPr>
              <w:spacing w:after="0" w:line="250" w:lineRule="auto"/>
            </w:pPr>
            <w:r>
              <w:rPr>
                <w:sz w:val="15"/>
                <w:lang w:eastAsia="ja-JP"/>
              </w:rPr>
              <w:t>［例：回答までの時間、会話の中断、同一質問への回答、涙、退出等。</w:t>
            </w:r>
            <w:r>
              <w:rPr>
                <w:sz w:val="15"/>
              </w:rPr>
              <w:t>評価語を避ける］</w:t>
            </w:r>
          </w:p>
        </w:tc>
      </w:tr>
      <w:tr w:rsidR="000472A0" w14:paraId="5947E8B8" w14:textId="77777777" w:rsidTr="0097669D">
        <w:trPr>
          <w:cantSplit/>
          <w:trHeight w:val="580"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D20A06C" w14:textId="77777777" w:rsidR="000472A0" w:rsidRDefault="000472A0" w:rsidP="0097669D">
            <w:pPr>
              <w:spacing w:after="0" w:line="250" w:lineRule="auto"/>
            </w:pPr>
            <w:r>
              <w:rPr>
                <w:b/>
                <w:sz w:val="16"/>
              </w:rPr>
              <w:t>勤務・勤怠等の資料</w:t>
            </w: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7B72D0B" w14:textId="77777777" w:rsidR="000472A0" w:rsidRDefault="000472A0" w:rsidP="0097669D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>確認資料：□ 勤怠 □ 業務記録 □ 上司報告 □ 本人日報 □ その他</w:t>
            </w:r>
            <w:r>
              <w:rPr>
                <w:sz w:val="15"/>
                <w:lang w:eastAsia="ja-JP"/>
              </w:rPr>
              <w:br/>
              <w:t>期間・数値・発生した事実：</w:t>
            </w:r>
          </w:p>
        </w:tc>
      </w:tr>
      <w:tr w:rsidR="000472A0" w14:paraId="319012C4" w14:textId="77777777" w:rsidTr="0097669D">
        <w:trPr>
          <w:cantSplit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6B7BFFF" w14:textId="77777777" w:rsidR="000472A0" w:rsidRDefault="000472A0" w:rsidP="0097669D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sz w:val="16"/>
                <w:lang w:eastAsia="ja-JP"/>
              </w:rPr>
              <w:t>提出・提示された資料</w:t>
            </w: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24D7BB8" w14:textId="77777777" w:rsidR="000472A0" w:rsidRDefault="000472A0" w:rsidP="0097669D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>□ 診断書 □ 主治医意見書 □ 申請書 □ 生活記録 □ リハビリ勤務記録</w:t>
            </w:r>
            <w:r>
              <w:rPr>
                <w:sz w:val="15"/>
                <w:lang w:eastAsia="ja-JP"/>
              </w:rPr>
              <w:br/>
              <w:t>文書日付・要点・保管先：</w:t>
            </w:r>
          </w:p>
        </w:tc>
      </w:tr>
    </w:tbl>
    <w:p w14:paraId="1BB76F30" w14:textId="0BBC068A" w:rsidR="000472A0" w:rsidRDefault="000472A0" w:rsidP="000472A0">
      <w:pPr>
        <w:keepNext/>
        <w:shd w:val="clear" w:color="auto" w:fill="EAF0F3"/>
        <w:spacing w:before="80" w:line="240" w:lineRule="auto"/>
        <w:ind w:left="85"/>
        <w:rPr>
          <w:lang w:eastAsia="ja-JP"/>
        </w:rPr>
      </w:pPr>
      <w:r>
        <w:rPr>
          <w:rFonts w:hint="eastAsia"/>
          <w:b/>
          <w:color w:val="36596A"/>
          <w:sz w:val="21"/>
          <w:lang w:eastAsia="ja-JP"/>
        </w:rPr>
        <w:t>3</w:t>
      </w:r>
      <w:r>
        <w:rPr>
          <w:b/>
          <w:color w:val="36596A"/>
          <w:sz w:val="21"/>
          <w:lang w:eastAsia="ja-JP"/>
        </w:rPr>
        <w:t xml:space="preserve">  共通客観チェック</w:t>
      </w:r>
      <w:r w:rsidR="00CE3A02">
        <w:rPr>
          <w:rFonts w:hint="eastAsia"/>
          <w:b/>
          <w:color w:val="36596A"/>
          <w:sz w:val="21"/>
          <w:lang w:eastAsia="ja-JP"/>
        </w:rPr>
        <w:t xml:space="preserve">　※</w:t>
      </w:r>
      <w:r w:rsidR="00CE3A02" w:rsidRPr="00CE3A02">
        <w:rPr>
          <w:b/>
          <w:color w:val="36596A"/>
          <w:sz w:val="21"/>
          <w:lang w:eastAsia="ja-JP"/>
        </w:rPr>
        <w:t>該当する情報源と状態を選び、判断の根拠となる具体的事実を記載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647"/>
        <w:gridCol w:w="2126"/>
        <w:gridCol w:w="2027"/>
        <w:gridCol w:w="3293"/>
      </w:tblGrid>
      <w:tr w:rsidR="000472A0" w14:paraId="734379B1" w14:textId="77777777" w:rsidTr="003810C6">
        <w:trPr>
          <w:tblHeader/>
        </w:trPr>
        <w:tc>
          <w:tcPr>
            <w:tcW w:w="264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7315489" w14:textId="77777777" w:rsidR="000472A0" w:rsidRDefault="000472A0" w:rsidP="003810C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6"/>
              </w:rPr>
              <w:t>確認項目</w:t>
            </w:r>
          </w:p>
        </w:tc>
        <w:tc>
          <w:tcPr>
            <w:tcW w:w="212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A84EC46" w14:textId="77777777" w:rsidR="000472A0" w:rsidRDefault="000472A0" w:rsidP="003810C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6"/>
              </w:rPr>
              <w:t>情報源</w:t>
            </w:r>
          </w:p>
        </w:tc>
        <w:tc>
          <w:tcPr>
            <w:tcW w:w="202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86937D6" w14:textId="77777777" w:rsidR="000472A0" w:rsidRDefault="000472A0" w:rsidP="003810C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6"/>
              </w:rPr>
              <w:t>状態</w:t>
            </w:r>
          </w:p>
        </w:tc>
        <w:tc>
          <w:tcPr>
            <w:tcW w:w="32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78FD0A1" w14:textId="77777777" w:rsidR="000472A0" w:rsidRDefault="000472A0" w:rsidP="003810C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6"/>
              </w:rPr>
              <w:t>具体的事実・根拠</w:t>
            </w:r>
          </w:p>
        </w:tc>
      </w:tr>
      <w:tr w:rsidR="00735110" w14:paraId="2B291995" w14:textId="77777777" w:rsidTr="003810C6">
        <w:trPr>
          <w:cantSplit/>
          <w:trHeight w:val="700"/>
        </w:trPr>
        <w:tc>
          <w:tcPr>
            <w:tcW w:w="264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EA066E5" w14:textId="330E0F1D" w:rsidR="00735110" w:rsidRDefault="00735110" w:rsidP="00735110">
            <w:pPr>
              <w:spacing w:after="0" w:line="250" w:lineRule="auto"/>
              <w:rPr>
                <w:lang w:eastAsia="ja-JP"/>
              </w:rPr>
            </w:pPr>
            <w:r w:rsidRPr="003E75B1">
              <w:rPr>
                <w:rFonts w:hint="eastAsia"/>
                <w:lang w:eastAsia="ja-JP"/>
              </w:rPr>
              <w:t>通院・治療継続と勤務の両立</w:t>
            </w:r>
          </w:p>
        </w:tc>
        <w:tc>
          <w:tcPr>
            <w:tcW w:w="212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A985919" w14:textId="2464D6C0" w:rsidR="00735110" w:rsidRDefault="00735110" w:rsidP="00735110">
            <w:pPr>
              <w:spacing w:after="0" w:line="250" w:lineRule="auto"/>
              <w:rPr>
                <w:lang w:eastAsia="ja-JP"/>
              </w:rPr>
            </w:pPr>
            <w:r w:rsidRPr="003E75B1">
              <w:t>□ 本人申告　□ 直接確認</w:t>
            </w:r>
          </w:p>
        </w:tc>
        <w:tc>
          <w:tcPr>
            <w:tcW w:w="202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19F024D" w14:textId="51DBCB82" w:rsidR="00735110" w:rsidRDefault="00735110" w:rsidP="00735110">
            <w:pPr>
              <w:spacing w:after="0" w:line="250" w:lineRule="auto"/>
              <w:rPr>
                <w:lang w:eastAsia="ja-JP"/>
              </w:rPr>
            </w:pPr>
            <w:r w:rsidRPr="003E75B1">
              <w:rPr>
                <w:rFonts w:hint="eastAsia"/>
                <w:lang w:eastAsia="ja-JP"/>
              </w:rPr>
              <w:t>通院・治療継続と勤務の両立</w:t>
            </w:r>
          </w:p>
        </w:tc>
        <w:tc>
          <w:tcPr>
            <w:tcW w:w="32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C28253A" w14:textId="77777777" w:rsidR="00735110" w:rsidRDefault="00735110" w:rsidP="00735110">
            <w:pPr>
              <w:spacing w:after="0" w:line="250" w:lineRule="auto"/>
              <w:rPr>
                <w:lang w:eastAsia="ja-JP"/>
              </w:rPr>
            </w:pPr>
          </w:p>
        </w:tc>
      </w:tr>
      <w:tr w:rsidR="000472A0" w14:paraId="517A9E08" w14:textId="77777777" w:rsidTr="003810C6">
        <w:trPr>
          <w:cantSplit/>
          <w:trHeight w:val="700"/>
        </w:trPr>
        <w:tc>
          <w:tcPr>
            <w:tcW w:w="264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2C7382D" w14:textId="13128769" w:rsidR="000472A0" w:rsidRDefault="000472A0" w:rsidP="003810C6">
            <w:pPr>
              <w:spacing w:after="0" w:line="250" w:lineRule="auto"/>
              <w:rPr>
                <w:rFonts w:hint="eastAsia"/>
                <w:lang w:eastAsia="ja-JP"/>
              </w:rPr>
            </w:pPr>
            <w:r>
              <w:rPr>
                <w:b/>
                <w:sz w:val="14"/>
                <w:lang w:eastAsia="ja-JP"/>
              </w:rPr>
              <w:t>睡眠・生活リズム</w:t>
            </w:r>
          </w:p>
        </w:tc>
        <w:tc>
          <w:tcPr>
            <w:tcW w:w="212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FC30864" w14:textId="77777777" w:rsidR="000472A0" w:rsidRDefault="000472A0" w:rsidP="003810C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 本人申告　□ 直接確認</w:t>
            </w:r>
            <w:r>
              <w:rPr>
                <w:sz w:val="13"/>
                <w:lang w:eastAsia="ja-JP"/>
              </w:rPr>
              <w:br/>
              <w:t>□ 書類・記録　□ 第三者報告</w:t>
            </w:r>
          </w:p>
        </w:tc>
        <w:tc>
          <w:tcPr>
            <w:tcW w:w="202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825A956" w14:textId="77777777" w:rsidR="000472A0" w:rsidRDefault="000472A0" w:rsidP="003810C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 支障なし　□ 要観察</w:t>
            </w:r>
            <w:r>
              <w:rPr>
                <w:sz w:val="13"/>
                <w:lang w:eastAsia="ja-JP"/>
              </w:rPr>
              <w:br/>
              <w:t>□ 要対応　□ 未確認</w:t>
            </w:r>
            <w:r>
              <w:rPr>
                <w:sz w:val="13"/>
                <w:lang w:eastAsia="ja-JP"/>
              </w:rPr>
              <w:br/>
              <w:t>□ 該当なし</w:t>
            </w:r>
          </w:p>
        </w:tc>
        <w:tc>
          <w:tcPr>
            <w:tcW w:w="32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7DE2D3E" w14:textId="77777777" w:rsidR="000472A0" w:rsidRDefault="000472A0" w:rsidP="003810C6">
            <w:pPr>
              <w:spacing w:after="0" w:line="250" w:lineRule="auto"/>
              <w:rPr>
                <w:lang w:eastAsia="ja-JP"/>
              </w:rPr>
            </w:pPr>
          </w:p>
        </w:tc>
      </w:tr>
      <w:tr w:rsidR="00735110" w14:paraId="60324362" w14:textId="77777777" w:rsidTr="003810C6">
        <w:trPr>
          <w:cantSplit/>
          <w:trHeight w:val="700"/>
        </w:trPr>
        <w:tc>
          <w:tcPr>
            <w:tcW w:w="264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80D7212" w14:textId="3A792833" w:rsidR="00735110" w:rsidRDefault="00735110" w:rsidP="00735110">
            <w:pPr>
              <w:spacing w:after="0" w:line="250" w:lineRule="auto"/>
              <w:rPr>
                <w:lang w:eastAsia="ja-JP"/>
              </w:rPr>
            </w:pPr>
            <w:r w:rsidRPr="00966402">
              <w:rPr>
                <w:rFonts w:hint="eastAsia"/>
                <w:lang w:eastAsia="ja-JP"/>
              </w:rPr>
              <w:t>現在の配慮・支援策の実施状況</w:t>
            </w:r>
          </w:p>
        </w:tc>
        <w:tc>
          <w:tcPr>
            <w:tcW w:w="212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6DDFC38" w14:textId="2FC0D7A2" w:rsidR="00735110" w:rsidRDefault="00735110" w:rsidP="00735110">
            <w:pPr>
              <w:spacing w:after="0" w:line="250" w:lineRule="auto"/>
              <w:rPr>
                <w:lang w:eastAsia="ja-JP"/>
              </w:rPr>
            </w:pPr>
            <w:r w:rsidRPr="00966402">
              <w:t>□ 本人申告　□ 直接確認</w:t>
            </w:r>
          </w:p>
        </w:tc>
        <w:tc>
          <w:tcPr>
            <w:tcW w:w="202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D21EED2" w14:textId="3D9C6899" w:rsidR="00735110" w:rsidRDefault="00735110" w:rsidP="00735110">
            <w:pPr>
              <w:spacing w:after="0" w:line="250" w:lineRule="auto"/>
              <w:rPr>
                <w:lang w:eastAsia="ja-JP"/>
              </w:rPr>
            </w:pPr>
            <w:r w:rsidRPr="00966402">
              <w:rPr>
                <w:rFonts w:hint="eastAsia"/>
                <w:lang w:eastAsia="ja-JP"/>
              </w:rPr>
              <w:t>現在の配慮・支援策の実施状況</w:t>
            </w:r>
          </w:p>
        </w:tc>
        <w:tc>
          <w:tcPr>
            <w:tcW w:w="32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9D3DF81" w14:textId="77777777" w:rsidR="00735110" w:rsidRDefault="00735110" w:rsidP="00735110">
            <w:pPr>
              <w:spacing w:after="0" w:line="250" w:lineRule="auto"/>
              <w:rPr>
                <w:lang w:eastAsia="ja-JP"/>
              </w:rPr>
            </w:pPr>
          </w:p>
        </w:tc>
      </w:tr>
      <w:tr w:rsidR="00735110" w14:paraId="06644EDE" w14:textId="77777777" w:rsidTr="003810C6">
        <w:trPr>
          <w:cantSplit/>
          <w:trHeight w:val="700"/>
        </w:trPr>
        <w:tc>
          <w:tcPr>
            <w:tcW w:w="264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34FF98C" w14:textId="082EF4CD" w:rsidR="00735110" w:rsidRDefault="00735110" w:rsidP="00735110">
            <w:pPr>
              <w:spacing w:after="0" w:line="250" w:lineRule="auto"/>
              <w:rPr>
                <w:lang w:eastAsia="ja-JP"/>
              </w:rPr>
            </w:pPr>
            <w:r w:rsidRPr="00350F11">
              <w:rPr>
                <w:rFonts w:hint="eastAsia"/>
                <w:lang w:eastAsia="ja-JP"/>
              </w:rPr>
              <w:t>作業後・翌日の疲労回復</w:t>
            </w:r>
          </w:p>
        </w:tc>
        <w:tc>
          <w:tcPr>
            <w:tcW w:w="212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E251566" w14:textId="0F142C5E" w:rsidR="00735110" w:rsidRDefault="00735110" w:rsidP="00735110">
            <w:pPr>
              <w:spacing w:after="0" w:line="250" w:lineRule="auto"/>
              <w:rPr>
                <w:lang w:eastAsia="ja-JP"/>
              </w:rPr>
            </w:pPr>
            <w:r w:rsidRPr="00350F11">
              <w:t>□ 本人申告　□ 直接確認</w:t>
            </w:r>
          </w:p>
        </w:tc>
        <w:tc>
          <w:tcPr>
            <w:tcW w:w="202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FB2C3F8" w14:textId="7C1CA766" w:rsidR="00735110" w:rsidRDefault="00735110" w:rsidP="00735110">
            <w:pPr>
              <w:spacing w:after="0" w:line="250" w:lineRule="auto"/>
              <w:rPr>
                <w:lang w:eastAsia="ja-JP"/>
              </w:rPr>
            </w:pPr>
            <w:r w:rsidRPr="00350F11">
              <w:rPr>
                <w:rFonts w:hint="eastAsia"/>
                <w:lang w:eastAsia="ja-JP"/>
              </w:rPr>
              <w:t>作業後・翌日の疲労回復</w:t>
            </w:r>
          </w:p>
        </w:tc>
        <w:tc>
          <w:tcPr>
            <w:tcW w:w="32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814F0BC" w14:textId="77777777" w:rsidR="00735110" w:rsidRDefault="00735110" w:rsidP="00735110">
            <w:pPr>
              <w:spacing w:after="0" w:line="250" w:lineRule="auto"/>
              <w:rPr>
                <w:lang w:eastAsia="ja-JP"/>
              </w:rPr>
            </w:pPr>
          </w:p>
        </w:tc>
      </w:tr>
      <w:tr w:rsidR="000472A0" w14:paraId="62800688" w14:textId="77777777" w:rsidTr="003810C6">
        <w:trPr>
          <w:cantSplit/>
          <w:trHeight w:val="700"/>
        </w:trPr>
        <w:tc>
          <w:tcPr>
            <w:tcW w:w="264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13243B5" w14:textId="77777777" w:rsidR="000472A0" w:rsidRDefault="000472A0" w:rsidP="003810C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sz w:val="14"/>
                <w:lang w:eastAsia="ja-JP"/>
              </w:rPr>
              <w:t>集中・判断・作業の正確性</w:t>
            </w:r>
          </w:p>
        </w:tc>
        <w:tc>
          <w:tcPr>
            <w:tcW w:w="212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05C6547" w14:textId="77777777" w:rsidR="000472A0" w:rsidRDefault="000472A0" w:rsidP="003810C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 本人申告　□ 直接確認</w:t>
            </w:r>
            <w:r>
              <w:rPr>
                <w:sz w:val="13"/>
                <w:lang w:eastAsia="ja-JP"/>
              </w:rPr>
              <w:br/>
              <w:t>□ 書類・記録　□ 第三者報告</w:t>
            </w:r>
          </w:p>
        </w:tc>
        <w:tc>
          <w:tcPr>
            <w:tcW w:w="202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3A60532" w14:textId="77777777" w:rsidR="000472A0" w:rsidRDefault="000472A0" w:rsidP="003810C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 支障なし　□ 要観察</w:t>
            </w:r>
            <w:r>
              <w:rPr>
                <w:sz w:val="13"/>
                <w:lang w:eastAsia="ja-JP"/>
              </w:rPr>
              <w:br/>
              <w:t>□ 要対応　□ 未確認</w:t>
            </w:r>
            <w:r>
              <w:rPr>
                <w:sz w:val="13"/>
                <w:lang w:eastAsia="ja-JP"/>
              </w:rPr>
              <w:br/>
              <w:t>□ 該当なし</w:t>
            </w:r>
          </w:p>
        </w:tc>
        <w:tc>
          <w:tcPr>
            <w:tcW w:w="32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308C9D0" w14:textId="77777777" w:rsidR="000472A0" w:rsidRDefault="000472A0" w:rsidP="003810C6">
            <w:pPr>
              <w:spacing w:after="0" w:line="250" w:lineRule="auto"/>
              <w:rPr>
                <w:lang w:eastAsia="ja-JP"/>
              </w:rPr>
            </w:pPr>
          </w:p>
          <w:p w14:paraId="29DD8F2D" w14:textId="77777777" w:rsidR="00735110" w:rsidRDefault="00735110" w:rsidP="003810C6">
            <w:pPr>
              <w:spacing w:after="0" w:line="250" w:lineRule="auto"/>
              <w:rPr>
                <w:lang w:eastAsia="ja-JP"/>
              </w:rPr>
            </w:pPr>
          </w:p>
          <w:p w14:paraId="5322360A" w14:textId="77777777" w:rsidR="00735110" w:rsidRDefault="00735110" w:rsidP="003810C6">
            <w:pPr>
              <w:spacing w:after="0" w:line="250" w:lineRule="auto"/>
              <w:rPr>
                <w:rFonts w:hint="eastAsia"/>
                <w:lang w:eastAsia="ja-JP"/>
              </w:rPr>
            </w:pPr>
          </w:p>
        </w:tc>
      </w:tr>
    </w:tbl>
    <w:p w14:paraId="7B677495" w14:textId="703F7C60" w:rsidR="00CE3A02" w:rsidRPr="00CE3A02" w:rsidRDefault="000472A0" w:rsidP="00CE3A02">
      <w:pPr>
        <w:keepNext/>
        <w:shd w:val="clear" w:color="auto" w:fill="EAF0F3"/>
        <w:spacing w:before="80" w:line="240" w:lineRule="auto"/>
        <w:ind w:left="85"/>
        <w:rPr>
          <w:rFonts w:hint="eastAsia"/>
          <w:b/>
          <w:color w:val="36596A"/>
          <w:sz w:val="21"/>
          <w:lang w:eastAsia="ja-JP"/>
        </w:rPr>
      </w:pPr>
      <w:r>
        <w:rPr>
          <w:rFonts w:hint="eastAsia"/>
          <w:b/>
          <w:color w:val="36596A"/>
          <w:sz w:val="21"/>
          <w:lang w:eastAsia="ja-JP"/>
        </w:rPr>
        <w:lastRenderedPageBreak/>
        <w:t>4</w:t>
      </w:r>
      <w:r w:rsidR="00B74786">
        <w:rPr>
          <w:b/>
          <w:color w:val="36596A"/>
          <w:sz w:val="21"/>
          <w:lang w:eastAsia="ja-JP"/>
        </w:rPr>
        <w:t xml:space="preserve">  </w:t>
      </w:r>
      <w:r w:rsidR="00B74786">
        <w:rPr>
          <w:b/>
          <w:color w:val="36596A"/>
          <w:sz w:val="21"/>
          <w:lang w:eastAsia="ja-JP"/>
        </w:rPr>
        <w:t>本人の発言・申告（発言趣旨が分かる形で記録</w:t>
      </w:r>
      <w:r w:rsidR="00CE3A02">
        <w:rPr>
          <w:b/>
          <w:color w:val="36596A"/>
          <w:sz w:val="21"/>
          <w:lang w:eastAsia="ja-JP"/>
        </w:rPr>
        <w:t xml:space="preserve">　※真偽確認は不要）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300"/>
        <w:gridCol w:w="7793"/>
      </w:tblGrid>
      <w:tr w:rsidR="00CE3A02" w14:paraId="79F6346D" w14:textId="77777777" w:rsidTr="00221DC9">
        <w:trPr>
          <w:cantSplit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AF0831F" w14:textId="77777777" w:rsidR="00CE3A02" w:rsidRDefault="00CE3A02" w:rsidP="00221DC9">
            <w:pPr>
              <w:spacing w:after="0" w:line="250" w:lineRule="auto"/>
              <w:rPr>
                <w:rFonts w:hint="eastAsia"/>
                <w:lang w:eastAsia="ja-JP"/>
              </w:rPr>
            </w:pPr>
            <w:r>
              <w:rPr>
                <w:b/>
                <w:sz w:val="16"/>
                <w:lang w:eastAsia="ja-JP"/>
              </w:rPr>
              <w:t>受診・治療継続</w:t>
            </w: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7E31402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  <w:r>
              <w:rPr>
                <w:sz w:val="15"/>
                <w:lang w:eastAsia="ja-JP"/>
              </w:rPr>
              <w:t>□ 未受診 □ 受診済 □ 通院継続 □ 次回予定あり</w:t>
            </w:r>
            <w:r>
              <w:rPr>
                <w:sz w:val="15"/>
                <w:lang w:eastAsia="ja-JP"/>
              </w:rPr>
              <w:br/>
              <w:t>業務に影響し得る症状・副作用等、本人が自ら述べた事項：</w:t>
            </w:r>
          </w:p>
          <w:p w14:paraId="2D8338BD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</w:p>
          <w:p w14:paraId="1E24845A" w14:textId="77777777" w:rsidR="00CE3A02" w:rsidRPr="000472A0" w:rsidRDefault="00CE3A02" w:rsidP="00221DC9">
            <w:pPr>
              <w:spacing w:after="0" w:line="250" w:lineRule="auto"/>
              <w:rPr>
                <w:rFonts w:hint="eastAsia"/>
                <w:sz w:val="15"/>
                <w:lang w:eastAsia="ja-JP"/>
              </w:rPr>
            </w:pPr>
          </w:p>
        </w:tc>
      </w:tr>
      <w:tr w:rsidR="00CE3A02" w14:paraId="4BA059A2" w14:textId="77777777" w:rsidTr="00221DC9">
        <w:trPr>
          <w:cantSplit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5464197" w14:textId="77777777" w:rsidR="00CE3A02" w:rsidRDefault="00CE3A02" w:rsidP="00221DC9">
            <w:pPr>
              <w:spacing w:after="0" w:line="250" w:lineRule="auto"/>
              <w:rPr>
                <w:rFonts w:hint="eastAsia"/>
                <w:b/>
                <w:sz w:val="16"/>
                <w:lang w:eastAsia="ja-JP"/>
              </w:rPr>
            </w:pPr>
            <w:r>
              <w:rPr>
                <w:b/>
                <w:sz w:val="16"/>
              </w:rPr>
              <w:t>本人が認識する状況</w:t>
            </w: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34F31C6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  <w:r>
              <w:rPr>
                <w:sz w:val="15"/>
                <w:lang w:eastAsia="ja-JP"/>
              </w:rPr>
              <w:t>［困っていること、変化、面談で伝えたいこと。可能な限り本人の表現で記録］</w:t>
            </w:r>
          </w:p>
          <w:p w14:paraId="30352C68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</w:p>
          <w:p w14:paraId="02F56375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</w:p>
          <w:p w14:paraId="1AF53288" w14:textId="77777777" w:rsidR="00CE3A02" w:rsidRDefault="00CE3A02" w:rsidP="00221DC9">
            <w:pPr>
              <w:spacing w:after="0" w:line="250" w:lineRule="auto"/>
              <w:rPr>
                <w:rFonts w:hint="eastAsia"/>
                <w:sz w:val="15"/>
                <w:lang w:eastAsia="ja-JP"/>
              </w:rPr>
            </w:pPr>
          </w:p>
        </w:tc>
      </w:tr>
      <w:tr w:rsidR="00CE3A02" w14:paraId="7B8CFFBB" w14:textId="77777777" w:rsidTr="00221DC9">
        <w:trPr>
          <w:cantSplit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19B7E9B" w14:textId="77777777" w:rsidR="00CE3A02" w:rsidRDefault="00CE3A02" w:rsidP="00221DC9">
            <w:pPr>
              <w:spacing w:after="0" w:line="250" w:lineRule="auto"/>
              <w:rPr>
                <w:b/>
                <w:sz w:val="16"/>
                <w:lang w:eastAsia="ja-JP"/>
              </w:rPr>
            </w:pPr>
            <w:r>
              <w:rPr>
                <w:b/>
                <w:sz w:val="16"/>
                <w:lang w:eastAsia="ja-JP"/>
              </w:rPr>
              <w:t>体調・生活</w:t>
            </w:r>
            <w:r>
              <w:rPr>
                <w:b/>
                <w:sz w:val="16"/>
                <w:lang w:eastAsia="ja-JP"/>
              </w:rPr>
              <w:br/>
              <w:t>（本人申告）</w:t>
            </w: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554E996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  <w:r>
              <w:rPr>
                <w:sz w:val="15"/>
                <w:lang w:eastAsia="ja-JP"/>
              </w:rPr>
              <w:t>睡眠・起床、食事、日中活動、疲労の回復等。</w:t>
            </w:r>
            <w:r>
              <w:rPr>
                <w:sz w:val="15"/>
              </w:rPr>
              <w:t>必要な範囲のみ：</w:t>
            </w:r>
          </w:p>
          <w:p w14:paraId="4591DAD6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</w:p>
          <w:p w14:paraId="07851831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</w:p>
          <w:p w14:paraId="17FDB81D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</w:p>
        </w:tc>
      </w:tr>
      <w:tr w:rsidR="00CE3A02" w14:paraId="055D3CEE" w14:textId="77777777" w:rsidTr="00221DC9">
        <w:trPr>
          <w:cantSplit/>
          <w:trHeight w:val="470"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B3BA8E9" w14:textId="77777777" w:rsidR="00CE3A02" w:rsidRDefault="00CE3A02" w:rsidP="00221DC9">
            <w:pPr>
              <w:spacing w:after="0" w:line="250" w:lineRule="auto"/>
              <w:rPr>
                <w:b/>
                <w:sz w:val="16"/>
                <w:lang w:eastAsia="ja-JP"/>
              </w:rPr>
            </w:pPr>
            <w:r>
              <w:rPr>
                <w:b/>
                <w:sz w:val="16"/>
              </w:rPr>
              <w:t>通勤・勤務・業務</w:t>
            </w:r>
          </w:p>
          <w:p w14:paraId="6ACBD5C6" w14:textId="77777777" w:rsidR="00CE3A02" w:rsidRDefault="00CE3A02" w:rsidP="00221DC9">
            <w:pPr>
              <w:spacing w:after="0" w:line="250" w:lineRule="auto"/>
              <w:rPr>
                <w:b/>
                <w:sz w:val="16"/>
                <w:lang w:eastAsia="ja-JP"/>
              </w:rPr>
            </w:pPr>
          </w:p>
          <w:p w14:paraId="28D4F2C2" w14:textId="77777777" w:rsidR="00CE3A02" w:rsidRDefault="00CE3A02" w:rsidP="00221DC9">
            <w:pPr>
              <w:spacing w:after="0" w:line="250" w:lineRule="auto"/>
              <w:rPr>
                <w:rFonts w:hint="eastAsia"/>
                <w:lang w:eastAsia="ja-JP"/>
              </w:rPr>
            </w:pP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C71D0A0" w14:textId="77777777" w:rsidR="00CE3A02" w:rsidRDefault="00CE3A02" w:rsidP="00221DC9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>通勤、勤務時間の継続、集中、判断、対人対応、作業後・翌日の疲労についての本人申告：</w:t>
            </w:r>
          </w:p>
        </w:tc>
      </w:tr>
      <w:tr w:rsidR="00CE3A02" w14:paraId="3B019A4A" w14:textId="77777777" w:rsidTr="00221DC9">
        <w:trPr>
          <w:cantSplit/>
          <w:trHeight w:val="470"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4F72FC7" w14:textId="77777777" w:rsidR="00CE3A02" w:rsidRDefault="00CE3A02" w:rsidP="00221DC9">
            <w:pPr>
              <w:spacing w:after="0" w:line="250" w:lineRule="auto"/>
              <w:rPr>
                <w:b/>
                <w:sz w:val="16"/>
                <w:lang w:eastAsia="ja-JP"/>
              </w:rPr>
            </w:pPr>
            <w:r>
              <w:rPr>
                <w:b/>
                <w:sz w:val="16"/>
              </w:rPr>
              <w:t>職場要因・出来事</w:t>
            </w:r>
          </w:p>
          <w:p w14:paraId="79F0E3C5" w14:textId="77777777" w:rsidR="00CE3A02" w:rsidRDefault="00CE3A02" w:rsidP="00221DC9">
            <w:pPr>
              <w:spacing w:after="0" w:line="250" w:lineRule="auto"/>
              <w:rPr>
                <w:b/>
                <w:sz w:val="16"/>
                <w:lang w:eastAsia="ja-JP"/>
              </w:rPr>
            </w:pPr>
          </w:p>
          <w:p w14:paraId="295EEDC9" w14:textId="77777777" w:rsidR="00CE3A02" w:rsidRDefault="00CE3A02" w:rsidP="00221DC9">
            <w:pPr>
              <w:spacing w:after="0" w:line="250" w:lineRule="auto"/>
              <w:rPr>
                <w:rFonts w:hint="eastAsia"/>
                <w:lang w:eastAsia="ja-JP"/>
              </w:rPr>
            </w:pP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9D4FD2E" w14:textId="77777777" w:rsidR="00CE3A02" w:rsidRDefault="00CE3A02" w:rsidP="00221DC9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>業務量、労働時間、役割、配置、人間関係、ハラスメント等の本人申告：</w:t>
            </w:r>
            <w:r>
              <w:rPr>
                <w:sz w:val="15"/>
                <w:lang w:eastAsia="ja-JP"/>
              </w:rPr>
              <w:br/>
              <w:t>※事実認定ではなく「本人申告」として記録</w:t>
            </w:r>
          </w:p>
        </w:tc>
      </w:tr>
      <w:tr w:rsidR="00CE3A02" w14:paraId="55115C19" w14:textId="77777777" w:rsidTr="00221DC9">
        <w:trPr>
          <w:cantSplit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788D4C9" w14:textId="77777777" w:rsidR="00CE3A02" w:rsidRDefault="00CE3A02" w:rsidP="00221DC9">
            <w:pPr>
              <w:spacing w:after="0" w:line="250" w:lineRule="auto"/>
            </w:pPr>
            <w:r>
              <w:rPr>
                <w:b/>
                <w:sz w:val="16"/>
              </w:rPr>
              <w:t>希望・懸念</w:t>
            </w: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757FCEE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  <w:r>
              <w:rPr>
                <w:sz w:val="15"/>
                <w:lang w:eastAsia="ja-JP"/>
              </w:rPr>
              <w:t>受診、休職、復職時期、勤務・業務上の配慮、会社への要望：</w:t>
            </w:r>
          </w:p>
          <w:p w14:paraId="358F3577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</w:p>
          <w:p w14:paraId="5202EB80" w14:textId="77777777" w:rsidR="00CE3A02" w:rsidRDefault="00CE3A02" w:rsidP="00221DC9">
            <w:pPr>
              <w:spacing w:after="0" w:line="250" w:lineRule="auto"/>
              <w:rPr>
                <w:rFonts w:hint="eastAsia"/>
                <w:lang w:eastAsia="ja-JP"/>
              </w:rPr>
            </w:pPr>
          </w:p>
        </w:tc>
      </w:tr>
      <w:tr w:rsidR="00CE3A02" w14:paraId="6A3E39E2" w14:textId="77777777" w:rsidTr="00221DC9">
        <w:trPr>
          <w:cantSplit/>
          <w:trHeight w:val="470"/>
        </w:trPr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60719AE" w14:textId="77777777" w:rsidR="00CE3A02" w:rsidRPr="00CE3A02" w:rsidRDefault="00CE3A02" w:rsidP="00221DC9">
            <w:pPr>
              <w:spacing w:after="0" w:line="250" w:lineRule="auto"/>
              <w:rPr>
                <w:rFonts w:hint="eastAsia"/>
                <w:b/>
                <w:sz w:val="16"/>
                <w:lang w:eastAsia="ja-JP"/>
              </w:rPr>
            </w:pPr>
            <w:r>
              <w:rPr>
                <w:b/>
                <w:sz w:val="16"/>
              </w:rPr>
              <w:t>安全に関する発言</w:t>
            </w:r>
          </w:p>
        </w:tc>
        <w:tc>
          <w:tcPr>
            <w:tcW w:w="7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DADACD1" w14:textId="77777777" w:rsidR="00CE3A02" w:rsidRDefault="00CE3A02" w:rsidP="00221DC9">
            <w:pPr>
              <w:spacing w:after="0" w:line="250" w:lineRule="auto"/>
              <w:rPr>
                <w:sz w:val="15"/>
                <w:lang w:eastAsia="ja-JP"/>
              </w:rPr>
            </w:pPr>
            <w:r>
              <w:rPr>
                <w:sz w:val="15"/>
                <w:lang w:eastAsia="ja-JP"/>
              </w:rPr>
              <w:t>生命・身体の安全について確認が必要な具体的発言：□ なし □ あり</w:t>
            </w:r>
            <w:r>
              <w:rPr>
                <w:sz w:val="15"/>
                <w:lang w:eastAsia="ja-JP"/>
              </w:rPr>
              <w:br/>
              <w:t>発言内容・日時・文脈</w:t>
            </w:r>
          </w:p>
          <w:p w14:paraId="2970DF96" w14:textId="77777777" w:rsidR="00735110" w:rsidRPr="00CE3A02" w:rsidRDefault="00735110" w:rsidP="00221DC9">
            <w:pPr>
              <w:spacing w:after="0" w:line="250" w:lineRule="auto"/>
              <w:rPr>
                <w:rFonts w:hint="eastAsia"/>
                <w:sz w:val="15"/>
                <w:lang w:eastAsia="ja-JP"/>
              </w:rPr>
            </w:pPr>
          </w:p>
        </w:tc>
      </w:tr>
    </w:tbl>
    <w:p w14:paraId="2A8758D4" w14:textId="6ACBC356" w:rsidR="00735110" w:rsidRDefault="00735110" w:rsidP="00735110">
      <w:pPr>
        <w:keepNext/>
        <w:shd w:val="clear" w:color="auto" w:fill="EAF0F3"/>
        <w:spacing w:before="80" w:line="240" w:lineRule="auto"/>
        <w:ind w:left="85"/>
        <w:rPr>
          <w:lang w:eastAsia="ja-JP"/>
        </w:rPr>
      </w:pPr>
      <w:r>
        <w:rPr>
          <w:b/>
          <w:color w:val="36596A"/>
          <w:sz w:val="21"/>
          <w:lang w:eastAsia="ja-JP"/>
        </w:rPr>
        <w:t>面談時の安全確認・緊急対応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450"/>
        <w:gridCol w:w="7643"/>
      </w:tblGrid>
      <w:tr w:rsidR="00735110" w14:paraId="51ED0AF1" w14:textId="77777777" w:rsidTr="009A1AD7">
        <w:trPr>
          <w:cantSplit/>
        </w:trPr>
        <w:tc>
          <w:tcPr>
            <w:tcW w:w="24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FF4D6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5678DDD" w14:textId="77777777" w:rsidR="00735110" w:rsidRDefault="00735110" w:rsidP="009A1AD7">
            <w:pPr>
              <w:spacing w:after="0" w:line="250" w:lineRule="auto"/>
            </w:pPr>
            <w:r>
              <w:rPr>
                <w:b/>
                <w:sz w:val="15"/>
              </w:rPr>
              <w:t>具体的な発言・事実</w:t>
            </w:r>
          </w:p>
        </w:tc>
        <w:tc>
          <w:tcPr>
            <w:tcW w:w="764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0BA30C1" w14:textId="77777777" w:rsidR="00735110" w:rsidRDefault="00735110" w:rsidP="009A1AD7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□ 特になし　□ 安全確認が必要な発言・事実あり</w:t>
            </w:r>
            <w:r>
              <w:rPr>
                <w:sz w:val="14"/>
                <w:lang w:eastAsia="ja-JP"/>
              </w:rPr>
              <w:br/>
              <w:t>内容：</w:t>
            </w:r>
          </w:p>
        </w:tc>
      </w:tr>
      <w:tr w:rsidR="00735110" w14:paraId="44F614FA" w14:textId="77777777" w:rsidTr="009A1AD7">
        <w:trPr>
          <w:cantSplit/>
        </w:trPr>
        <w:tc>
          <w:tcPr>
            <w:tcW w:w="24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FF4D6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DC9AD8D" w14:textId="77777777" w:rsidR="00735110" w:rsidRDefault="00735110" w:rsidP="009A1AD7">
            <w:pPr>
              <w:spacing w:after="0" w:line="250" w:lineRule="auto"/>
            </w:pPr>
            <w:r>
              <w:rPr>
                <w:b/>
                <w:sz w:val="15"/>
              </w:rPr>
              <w:t>その場での対応</w:t>
            </w:r>
          </w:p>
        </w:tc>
        <w:tc>
          <w:tcPr>
            <w:tcW w:w="764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D13A037" w14:textId="77777777" w:rsidR="00735110" w:rsidRDefault="00735110" w:rsidP="009A1AD7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□ 一人にしない □ 産業医等・専門職へ接続 □ 家族等へ連絡（同意・緊急性確認）</w:t>
            </w:r>
            <w:r>
              <w:rPr>
                <w:sz w:val="14"/>
                <w:lang w:eastAsia="ja-JP"/>
              </w:rPr>
              <w:br/>
              <w:t>□ 救急・警察等へ連絡 □ 医療機関受診を案内 □ その他</w:t>
            </w:r>
          </w:p>
        </w:tc>
      </w:tr>
      <w:tr w:rsidR="00735110" w14:paraId="6710B46A" w14:textId="77777777" w:rsidTr="009A1AD7">
        <w:trPr>
          <w:cantSplit/>
        </w:trPr>
        <w:tc>
          <w:tcPr>
            <w:tcW w:w="24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FF4D6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F8FA119" w14:textId="77777777" w:rsidR="00735110" w:rsidRDefault="00735110" w:rsidP="009A1AD7">
            <w:pPr>
              <w:spacing w:after="0" w:line="250" w:lineRule="auto"/>
            </w:pPr>
            <w:r>
              <w:rPr>
                <w:b/>
                <w:sz w:val="15"/>
              </w:rPr>
              <w:t>引継ぎ・記録</w:t>
            </w:r>
          </w:p>
        </w:tc>
        <w:tc>
          <w:tcPr>
            <w:tcW w:w="764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4241399" w14:textId="77777777" w:rsidR="00735110" w:rsidRDefault="00735110" w:rsidP="009A1AD7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対応者：　　　　　　　　　時刻：　　　：　　　引継先：</w:t>
            </w:r>
            <w:r>
              <w:rPr>
                <w:sz w:val="14"/>
                <w:lang w:eastAsia="ja-JP"/>
              </w:rPr>
              <w:br/>
              <w:t>※生命・身体への差し迫った危険が疑われる場合は、通常の面談手続より安全確保を優先します。</w:t>
            </w:r>
          </w:p>
        </w:tc>
      </w:tr>
    </w:tbl>
    <w:p w14:paraId="06E62C90" w14:textId="77777777" w:rsidR="00735110" w:rsidRDefault="00735110" w:rsidP="00735110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>7  面談結果・次の対応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450"/>
        <w:gridCol w:w="7643"/>
      </w:tblGrid>
      <w:tr w:rsidR="00735110" w14:paraId="30E37664" w14:textId="77777777" w:rsidTr="009A1AD7">
        <w:trPr>
          <w:cantSplit/>
        </w:trPr>
        <w:tc>
          <w:tcPr>
            <w:tcW w:w="24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74852EC" w14:textId="77777777" w:rsidR="00735110" w:rsidRDefault="00735110" w:rsidP="009A1AD7">
            <w:pPr>
              <w:spacing w:after="0" w:line="250" w:lineRule="auto"/>
            </w:pPr>
            <w:r>
              <w:rPr>
                <w:b/>
                <w:sz w:val="15"/>
              </w:rPr>
              <w:t>現時点の取扱い</w:t>
            </w:r>
          </w:p>
        </w:tc>
        <w:tc>
          <w:tcPr>
            <w:tcW w:w="764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CA213EE" w14:textId="77777777" w:rsidR="00735110" w:rsidRDefault="00735110" w:rsidP="009A1AD7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□ 通常勤務継続 □ 就業上の配慮を検討 □ 受診勧奨</w:t>
            </w:r>
            <w:r>
              <w:rPr>
                <w:sz w:val="14"/>
                <w:lang w:eastAsia="ja-JP"/>
              </w:rPr>
              <w:br/>
              <w:t>□ 休職手続 □ 休職継続 □ 復職審査 □ リハビリ勤務継続・変更・中止</w:t>
            </w:r>
            <w:r>
              <w:rPr>
                <w:sz w:val="14"/>
                <w:lang w:eastAsia="ja-JP"/>
              </w:rPr>
              <w:br/>
              <w:t>□ 本格復職 □ 本格復職後フォロー □ 緊急対応 □ その他</w:t>
            </w:r>
          </w:p>
        </w:tc>
      </w:tr>
      <w:tr w:rsidR="00735110" w14:paraId="6B07DA1C" w14:textId="77777777" w:rsidTr="009A1AD7">
        <w:trPr>
          <w:cantSplit/>
          <w:trHeight w:val="600"/>
        </w:trPr>
        <w:tc>
          <w:tcPr>
            <w:tcW w:w="24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141A782" w14:textId="77777777" w:rsidR="00735110" w:rsidRDefault="00735110" w:rsidP="009A1AD7">
            <w:pPr>
              <w:spacing w:after="0" w:line="250" w:lineRule="auto"/>
            </w:pPr>
            <w:r>
              <w:rPr>
                <w:b/>
                <w:sz w:val="15"/>
              </w:rPr>
              <w:t>会社の判断と根拠</w:t>
            </w:r>
          </w:p>
        </w:tc>
        <w:tc>
          <w:tcPr>
            <w:tcW w:w="764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EC3DD25" w14:textId="77777777" w:rsidR="00735110" w:rsidRDefault="00735110" w:rsidP="009A1AD7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［本人申告・確認事実・書類・規程等を対応づけて記載。医学的診断はしない］</w:t>
            </w:r>
          </w:p>
        </w:tc>
      </w:tr>
      <w:tr w:rsidR="00735110" w14:paraId="7C3A097E" w14:textId="77777777" w:rsidTr="009A1AD7">
        <w:trPr>
          <w:cantSplit/>
        </w:trPr>
        <w:tc>
          <w:tcPr>
            <w:tcW w:w="24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747662D" w14:textId="77777777" w:rsidR="00735110" w:rsidRDefault="00735110" w:rsidP="009A1AD7">
            <w:pPr>
              <w:spacing w:after="0" w:line="250" w:lineRule="auto"/>
            </w:pPr>
            <w:r>
              <w:rPr>
                <w:b/>
                <w:sz w:val="15"/>
              </w:rPr>
              <w:t>本人へ伝えた事項</w:t>
            </w:r>
          </w:p>
        </w:tc>
        <w:tc>
          <w:tcPr>
            <w:tcW w:w="764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9278584" w14:textId="77777777" w:rsidR="00735110" w:rsidRDefault="00735110" w:rsidP="009A1AD7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□ 手続 □ 提出書類・期限 □ 連絡方法 □ 配慮案 □ 次回判断条件</w:t>
            </w:r>
            <w:r>
              <w:rPr>
                <w:sz w:val="14"/>
                <w:lang w:eastAsia="ja-JP"/>
              </w:rPr>
              <w:br/>
              <w:t>内容：</w:t>
            </w:r>
          </w:p>
        </w:tc>
      </w:tr>
      <w:tr w:rsidR="00735110" w14:paraId="6E3132A7" w14:textId="77777777" w:rsidTr="009A1AD7">
        <w:trPr>
          <w:cantSplit/>
        </w:trPr>
        <w:tc>
          <w:tcPr>
            <w:tcW w:w="24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98B2061" w14:textId="77777777" w:rsidR="00735110" w:rsidRDefault="00735110" w:rsidP="009A1AD7">
            <w:pPr>
              <w:spacing w:after="0" w:line="250" w:lineRule="auto"/>
            </w:pPr>
            <w:r>
              <w:rPr>
                <w:b/>
                <w:sz w:val="15"/>
              </w:rPr>
              <w:t>次回面談</w:t>
            </w:r>
          </w:p>
        </w:tc>
        <w:tc>
          <w:tcPr>
            <w:tcW w:w="764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96621F3" w14:textId="77777777" w:rsidR="00735110" w:rsidRDefault="00735110" w:rsidP="009A1AD7">
            <w:pPr>
              <w:spacing w:after="0" w:line="250" w:lineRule="auto"/>
            </w:pPr>
            <w:r>
              <w:rPr>
                <w:sz w:val="14"/>
              </w:rPr>
              <w:t xml:space="preserve">　　　　年　　　月　　　日　　：　　～　　方法：　　　　　　担当：</w:t>
            </w:r>
          </w:p>
        </w:tc>
      </w:tr>
      <w:tr w:rsidR="00735110" w14:paraId="0F375A00" w14:textId="77777777" w:rsidTr="009A1AD7">
        <w:trPr>
          <w:cantSplit/>
        </w:trPr>
        <w:tc>
          <w:tcPr>
            <w:tcW w:w="24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0712687" w14:textId="77777777" w:rsidR="00735110" w:rsidRDefault="00735110" w:rsidP="009A1AD7">
            <w:pPr>
              <w:spacing w:after="0" w:line="250" w:lineRule="auto"/>
            </w:pPr>
            <w:r>
              <w:rPr>
                <w:b/>
                <w:sz w:val="15"/>
              </w:rPr>
              <w:t>記録確認</w:t>
            </w:r>
          </w:p>
        </w:tc>
        <w:tc>
          <w:tcPr>
            <w:tcW w:w="764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FDFFE9B" w14:textId="77777777" w:rsidR="00735110" w:rsidRDefault="00735110" w:rsidP="009A1AD7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記録者：　　　　　　　　　作成日：　　　年　月　日</w:t>
            </w:r>
            <w:r>
              <w:rPr>
                <w:sz w:val="14"/>
                <w:lang w:eastAsia="ja-JP"/>
              </w:rPr>
              <w:br/>
              <w:t>本人確認：□ 要点を口頭確認 □ 記録を提示 □ 未実施（理由：　　　　　）</w:t>
            </w:r>
          </w:p>
        </w:tc>
      </w:tr>
    </w:tbl>
    <w:p w14:paraId="197BBF12" w14:textId="769679AB" w:rsidR="00CE3A02" w:rsidRPr="00735110" w:rsidRDefault="00735110" w:rsidP="00CE3A02">
      <w:pPr>
        <w:keepNext/>
        <w:shd w:val="clear" w:color="auto" w:fill="EAF0F3"/>
        <w:spacing w:before="80" w:line="240" w:lineRule="auto"/>
        <w:rPr>
          <w:rFonts w:hint="eastAsia"/>
          <w:b/>
          <w:color w:val="36596A"/>
          <w:sz w:val="21"/>
          <w:lang w:eastAsia="ja-JP"/>
        </w:rPr>
      </w:pPr>
      <w:r>
        <w:rPr>
          <w:rFonts w:hint="eastAsia"/>
          <w:b/>
          <w:color w:val="36596A"/>
          <w:sz w:val="21"/>
          <w:lang w:eastAsia="ja-JP"/>
        </w:rPr>
        <w:t>8その他　面談者メモ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662"/>
        <w:gridCol w:w="9431"/>
      </w:tblGrid>
      <w:tr w:rsidR="00735110" w14:paraId="7D3FF1BC" w14:textId="77777777" w:rsidTr="000F2D2C">
        <w:trPr>
          <w:cantSplit/>
        </w:trPr>
        <w:tc>
          <w:tcPr>
            <w:tcW w:w="662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D143383" w14:textId="486935BF" w:rsidR="00735110" w:rsidRDefault="000F2D2C" w:rsidP="009A1AD7">
            <w:pPr>
              <w:spacing w:after="0" w:line="250" w:lineRule="auto"/>
            </w:pPr>
            <w:r>
              <w:rPr>
                <w:rFonts w:hint="eastAsia"/>
                <w:b/>
                <w:sz w:val="15"/>
                <w:lang w:eastAsia="ja-JP"/>
              </w:rPr>
              <w:t>主観</w:t>
            </w:r>
          </w:p>
        </w:tc>
        <w:tc>
          <w:tcPr>
            <w:tcW w:w="9431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35689DE" w14:textId="77777777" w:rsidR="00735110" w:rsidRDefault="00735110" w:rsidP="009A1AD7">
            <w:pPr>
              <w:spacing w:after="0" w:line="250" w:lineRule="auto"/>
              <w:rPr>
                <w:lang w:eastAsia="ja-JP"/>
              </w:rPr>
            </w:pPr>
          </w:p>
          <w:p w14:paraId="5DA735DB" w14:textId="77777777" w:rsidR="00735110" w:rsidRDefault="00735110" w:rsidP="009A1AD7">
            <w:pPr>
              <w:spacing w:after="0" w:line="250" w:lineRule="auto"/>
              <w:rPr>
                <w:lang w:eastAsia="ja-JP"/>
              </w:rPr>
            </w:pPr>
          </w:p>
          <w:p w14:paraId="487BCB58" w14:textId="77777777" w:rsidR="00735110" w:rsidRDefault="00735110" w:rsidP="009A1AD7">
            <w:pPr>
              <w:spacing w:after="0" w:line="250" w:lineRule="auto"/>
              <w:rPr>
                <w:lang w:eastAsia="ja-JP"/>
              </w:rPr>
            </w:pPr>
          </w:p>
          <w:p w14:paraId="5B08D77E" w14:textId="7426EE4C" w:rsidR="00735110" w:rsidRDefault="00735110" w:rsidP="009A1AD7">
            <w:pPr>
              <w:spacing w:after="0" w:line="250" w:lineRule="auto"/>
              <w:rPr>
                <w:rFonts w:hint="eastAsia"/>
                <w:lang w:eastAsia="ja-JP"/>
              </w:rPr>
            </w:pPr>
          </w:p>
        </w:tc>
      </w:tr>
    </w:tbl>
    <w:p w14:paraId="7370B41B" w14:textId="77777777" w:rsidR="005B7BCE" w:rsidRDefault="00B74786">
      <w:pPr>
        <w:keepNext/>
        <w:pageBreakBefore/>
        <w:spacing w:after="40" w:line="240" w:lineRule="auto"/>
        <w:jc w:val="center"/>
        <w:rPr>
          <w:lang w:eastAsia="ja-JP"/>
        </w:rPr>
      </w:pPr>
      <w:r>
        <w:rPr>
          <w:b/>
          <w:sz w:val="31"/>
          <w:lang w:eastAsia="ja-JP"/>
        </w:rPr>
        <w:lastRenderedPageBreak/>
        <w:t>段階別補助チェック</w:t>
      </w:r>
    </w:p>
    <w:p w14:paraId="45BA55A3" w14:textId="77777777" w:rsidR="005B7BCE" w:rsidRDefault="00B74786">
      <w:pPr>
        <w:spacing w:after="100" w:line="240" w:lineRule="auto"/>
        <w:jc w:val="center"/>
        <w:rPr>
          <w:lang w:eastAsia="ja-JP"/>
        </w:rPr>
      </w:pPr>
      <w:r>
        <w:rPr>
          <w:color w:val="65747C"/>
          <w:sz w:val="16"/>
          <w:lang w:eastAsia="ja-JP"/>
        </w:rPr>
        <w:t>共通記録に加え、現在の段階に該当する項目だけを確認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5B7BCE" w14:paraId="3624E62D" w14:textId="77777777">
        <w:tc>
          <w:tcPr>
            <w:tcW w:w="100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874225D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color w:val="36596A"/>
                <w:lang w:eastAsia="ja-JP"/>
              </w:rPr>
              <w:t>使い方</w:t>
            </w:r>
          </w:p>
          <w:p w14:paraId="3A56FC96" w14:textId="77777777" w:rsidR="005B7BCE" w:rsidRDefault="00B74786">
            <w:pPr>
              <w:spacing w:after="0" w:line="259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>全項目を機械的に質問するものではありません。本人の状態と面談目的に応じて必要な項目のみ確認し、未確認事項を推測で埋めないでください。</w:t>
            </w:r>
          </w:p>
        </w:tc>
      </w:tr>
    </w:tbl>
    <w:p w14:paraId="409F2477" w14:textId="77777777" w:rsidR="005B7BCE" w:rsidRDefault="00B74786">
      <w:pPr>
        <w:keepNext/>
        <w:spacing w:before="20" w:after="20" w:line="240" w:lineRule="auto"/>
      </w:pPr>
      <w:r>
        <w:rPr>
          <w:b/>
          <w:color w:val="36596A"/>
          <w:sz w:val="18"/>
        </w:rPr>
        <w:t>A</w:t>
      </w:r>
      <w:r>
        <w:rPr>
          <w:b/>
          <w:color w:val="36596A"/>
          <w:sz w:val="18"/>
        </w:rPr>
        <w:t xml:space="preserve">　休職前（受診前）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7300"/>
        <w:gridCol w:w="2793"/>
      </w:tblGrid>
      <w:tr w:rsidR="005B7BCE" w14:paraId="5CD345DF" w14:textId="77777777">
        <w:trPr>
          <w:cantSplit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446B416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勤怠・業務上の具体的変化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本人が困っていること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業務負荷・長時間労働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 xml:space="preserve">当面の安全な勤務可否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受診・相談先の案内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緊急性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次回連絡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7777514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sz w:val="14"/>
                <w:lang w:eastAsia="ja-JP"/>
              </w:rPr>
              <w:t>確認結果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済</w:t>
            </w:r>
            <w:r>
              <w:rPr>
                <w:b/>
                <w:sz w:val="14"/>
                <w:lang w:eastAsia="ja-JP"/>
              </w:rPr>
              <w:t xml:space="preserve"> □ </w:t>
            </w:r>
            <w:r>
              <w:rPr>
                <w:b/>
                <w:sz w:val="14"/>
                <w:lang w:eastAsia="ja-JP"/>
              </w:rPr>
              <w:t>未確認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該当なし</w:t>
            </w:r>
          </w:p>
        </w:tc>
      </w:tr>
      <w:tr w:rsidR="005B7BCE" w14:paraId="52777F61" w14:textId="77777777">
        <w:trPr>
          <w:cantSplit/>
          <w:trHeight w:val="320"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02C7266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記録・次の対応：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42D8C98" w14:textId="77777777" w:rsidR="005B7BCE" w:rsidRDefault="00B74786">
            <w:pPr>
              <w:spacing w:after="0" w:line="250" w:lineRule="auto"/>
            </w:pPr>
            <w:r>
              <w:rPr>
                <w:sz w:val="14"/>
              </w:rPr>
              <w:t xml:space="preserve">□ </w:t>
            </w:r>
            <w:r>
              <w:rPr>
                <w:sz w:val="14"/>
              </w:rPr>
              <w:t>勤務継続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一時的配慮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受診勧奨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産業医等面談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緊急対応</w:t>
            </w:r>
          </w:p>
        </w:tc>
      </w:tr>
    </w:tbl>
    <w:p w14:paraId="4D5E961D" w14:textId="77777777" w:rsidR="005B7BCE" w:rsidRDefault="00B74786">
      <w:pPr>
        <w:keepNext/>
        <w:spacing w:before="20" w:after="20" w:line="240" w:lineRule="auto"/>
      </w:pPr>
      <w:r>
        <w:rPr>
          <w:b/>
          <w:color w:val="36596A"/>
          <w:sz w:val="18"/>
        </w:rPr>
        <w:t>B</w:t>
      </w:r>
      <w:r>
        <w:rPr>
          <w:b/>
          <w:color w:val="36596A"/>
          <w:sz w:val="18"/>
        </w:rPr>
        <w:t xml:space="preserve">　受診後（休職申請提出前）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7300"/>
        <w:gridCol w:w="2793"/>
      </w:tblGrid>
      <w:tr w:rsidR="005B7BCE" w14:paraId="660C8561" w14:textId="77777777">
        <w:trPr>
          <w:cantSplit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0B1A343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受診した事実・次回予定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医師から本人へ伝えられた就業上の事項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 xml:space="preserve">診断書提出予定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休職意思・希望期間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業務引継ぎの可否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休職制度説明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9D11B2D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sz w:val="14"/>
                <w:lang w:eastAsia="ja-JP"/>
              </w:rPr>
              <w:t>確認結果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済</w:t>
            </w:r>
            <w:r>
              <w:rPr>
                <w:b/>
                <w:sz w:val="14"/>
                <w:lang w:eastAsia="ja-JP"/>
              </w:rPr>
              <w:t xml:space="preserve"> □ </w:t>
            </w:r>
            <w:r>
              <w:rPr>
                <w:b/>
                <w:sz w:val="14"/>
                <w:lang w:eastAsia="ja-JP"/>
              </w:rPr>
              <w:t>未確認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該当なし</w:t>
            </w:r>
          </w:p>
        </w:tc>
      </w:tr>
      <w:tr w:rsidR="005B7BCE" w14:paraId="5F47D508" w14:textId="77777777">
        <w:trPr>
          <w:cantSplit/>
          <w:trHeight w:val="320"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965DA25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記録・次の対応：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36E733E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申請待ち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診断書待ち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就業配慮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休職開始調整</w:t>
            </w:r>
          </w:p>
        </w:tc>
      </w:tr>
    </w:tbl>
    <w:p w14:paraId="61C486FF" w14:textId="77777777" w:rsidR="005B7BCE" w:rsidRDefault="00B74786">
      <w:pPr>
        <w:keepNext/>
        <w:spacing w:before="20" w:after="20" w:line="240" w:lineRule="auto"/>
      </w:pPr>
      <w:r>
        <w:rPr>
          <w:b/>
          <w:color w:val="36596A"/>
          <w:sz w:val="18"/>
        </w:rPr>
        <w:t>C</w:t>
      </w:r>
      <w:r>
        <w:rPr>
          <w:b/>
          <w:color w:val="36596A"/>
          <w:sz w:val="18"/>
        </w:rPr>
        <w:t xml:space="preserve">　休職中（復職申請提出前）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7300"/>
        <w:gridCol w:w="2793"/>
      </w:tblGrid>
      <w:tr w:rsidR="005B7BCE" w14:paraId="74A32CA9" w14:textId="77777777">
        <w:trPr>
          <w:cantSplit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B7BBE7A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合意した連絡方法・頻度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診断書期限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住所・送付先の変更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 xml:space="preserve">生活リズム・日中活動（本人申告）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通勤準備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復職意思・時期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規定上満了日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5471FFD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sz w:val="14"/>
                <w:lang w:eastAsia="ja-JP"/>
              </w:rPr>
              <w:t>確認結果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済</w:t>
            </w:r>
            <w:r>
              <w:rPr>
                <w:b/>
                <w:sz w:val="14"/>
                <w:lang w:eastAsia="ja-JP"/>
              </w:rPr>
              <w:t xml:space="preserve"> □ </w:t>
            </w:r>
            <w:r>
              <w:rPr>
                <w:b/>
                <w:sz w:val="14"/>
                <w:lang w:eastAsia="ja-JP"/>
              </w:rPr>
              <w:t>未確認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該当なし</w:t>
            </w:r>
          </w:p>
        </w:tc>
      </w:tr>
      <w:tr w:rsidR="005B7BCE" w14:paraId="0FB8E3F4" w14:textId="77777777">
        <w:trPr>
          <w:cantSplit/>
          <w:trHeight w:val="320"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2F543FC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記録・次の対応：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63DE64E" w14:textId="77777777" w:rsidR="005B7BCE" w:rsidRDefault="00B74786">
            <w:pPr>
              <w:spacing w:after="0" w:line="250" w:lineRule="auto"/>
            </w:pPr>
            <w:r>
              <w:rPr>
                <w:sz w:val="14"/>
              </w:rPr>
              <w:t xml:space="preserve">□ </w:t>
            </w:r>
            <w:r>
              <w:rPr>
                <w:sz w:val="14"/>
              </w:rPr>
              <w:t>休職継続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延長手続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復職手順案内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主治医照会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連絡方法変更</w:t>
            </w:r>
          </w:p>
        </w:tc>
      </w:tr>
    </w:tbl>
    <w:p w14:paraId="430DC229" w14:textId="77777777" w:rsidR="005B7BCE" w:rsidRDefault="00B74786">
      <w:pPr>
        <w:keepNext/>
        <w:spacing w:before="20" w:after="20" w:line="240" w:lineRule="auto"/>
      </w:pPr>
      <w:r>
        <w:rPr>
          <w:b/>
          <w:color w:val="36596A"/>
          <w:sz w:val="18"/>
        </w:rPr>
        <w:t>D</w:t>
      </w:r>
      <w:r>
        <w:rPr>
          <w:b/>
          <w:color w:val="36596A"/>
          <w:sz w:val="18"/>
        </w:rPr>
        <w:t xml:space="preserve">　復職申請時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7300"/>
        <w:gridCol w:w="2793"/>
      </w:tblGrid>
      <w:tr w:rsidR="005B7BCE" w14:paraId="3760C640" w14:textId="77777777">
        <w:trPr>
          <w:cantSplit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1DE736B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復職願・診断書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本人の復職意思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通勤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決めた時間の継続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 xml:space="preserve">集中・作業・疲労回復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必要な配慮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復帰予定職務・受入体制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産業医等意見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DFE7F26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sz w:val="14"/>
                <w:lang w:eastAsia="ja-JP"/>
              </w:rPr>
              <w:t>確認結果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済</w:t>
            </w:r>
            <w:r>
              <w:rPr>
                <w:b/>
                <w:sz w:val="14"/>
                <w:lang w:eastAsia="ja-JP"/>
              </w:rPr>
              <w:t xml:space="preserve"> □ </w:t>
            </w:r>
            <w:r>
              <w:rPr>
                <w:b/>
                <w:sz w:val="14"/>
                <w:lang w:eastAsia="ja-JP"/>
              </w:rPr>
              <w:t>未確認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該当なし</w:t>
            </w:r>
          </w:p>
        </w:tc>
      </w:tr>
      <w:tr w:rsidR="005B7BCE" w14:paraId="6ED83920" w14:textId="77777777">
        <w:trPr>
          <w:cantSplit/>
          <w:trHeight w:val="320"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6A24FE2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記録・次の対応：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BDF4147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復職審査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追加資料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リハビリ勤務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正式復職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保留</w:t>
            </w:r>
          </w:p>
        </w:tc>
      </w:tr>
    </w:tbl>
    <w:p w14:paraId="78147609" w14:textId="77777777" w:rsidR="005B7BCE" w:rsidRDefault="00B74786">
      <w:pPr>
        <w:keepNext/>
        <w:spacing w:before="20" w:after="20" w:line="240" w:lineRule="auto"/>
      </w:pPr>
      <w:r>
        <w:rPr>
          <w:b/>
          <w:color w:val="36596A"/>
          <w:sz w:val="18"/>
        </w:rPr>
        <w:t>E</w:t>
      </w:r>
      <w:r>
        <w:rPr>
          <w:b/>
          <w:color w:val="36596A"/>
          <w:sz w:val="18"/>
        </w:rPr>
        <w:t xml:space="preserve">　リハビリ勤務中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7300"/>
        <w:gridCol w:w="2793"/>
      </w:tblGrid>
      <w:tr w:rsidR="005B7BCE" w14:paraId="65518C4D" w14:textId="77777777">
        <w:trPr>
          <w:cantSplit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4012963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計画どおりの参加・勤怠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無給／有給段階の区分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業務実施の有無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 xml:space="preserve">作業継続・正確性・安全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当日・翌日の疲労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配慮実施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計画見直し日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B9D8704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sz w:val="14"/>
                <w:lang w:eastAsia="ja-JP"/>
              </w:rPr>
              <w:t>確認結果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済</w:t>
            </w:r>
            <w:r>
              <w:rPr>
                <w:b/>
                <w:sz w:val="14"/>
                <w:lang w:eastAsia="ja-JP"/>
              </w:rPr>
              <w:t xml:space="preserve"> □ </w:t>
            </w:r>
            <w:r>
              <w:rPr>
                <w:b/>
                <w:sz w:val="14"/>
                <w:lang w:eastAsia="ja-JP"/>
              </w:rPr>
              <w:t>未確認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該当なし</w:t>
            </w:r>
          </w:p>
        </w:tc>
      </w:tr>
      <w:tr w:rsidR="005B7BCE" w14:paraId="5C8BB4C3" w14:textId="77777777">
        <w:trPr>
          <w:cantSplit/>
          <w:trHeight w:val="320"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4805CE3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記録・次の対応：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B782E0E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継続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時間・日数変更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業務変更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次段階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中断</w:t>
            </w:r>
          </w:p>
        </w:tc>
      </w:tr>
    </w:tbl>
    <w:p w14:paraId="76A28955" w14:textId="77777777" w:rsidR="005B7BCE" w:rsidRDefault="00B74786">
      <w:pPr>
        <w:keepNext/>
        <w:spacing w:before="20" w:after="20" w:line="240" w:lineRule="auto"/>
      </w:pPr>
      <w:r>
        <w:rPr>
          <w:b/>
          <w:color w:val="36596A"/>
          <w:sz w:val="18"/>
        </w:rPr>
        <w:t>F</w:t>
      </w:r>
      <w:r>
        <w:rPr>
          <w:b/>
          <w:color w:val="36596A"/>
          <w:sz w:val="18"/>
        </w:rPr>
        <w:t xml:space="preserve">　本格復職前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7300"/>
        <w:gridCol w:w="2793"/>
      </w:tblGrid>
      <w:tr w:rsidR="005B7BCE" w14:paraId="42B85F5C" w14:textId="77777777">
        <w:trPr>
          <w:cantSplit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47B82AE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最新の医療意見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リハビリ実績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通常通勤・勤務への見込み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 xml:space="preserve">復職後支援プラン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配慮・制限・期間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上司・受入部署との共有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見直し日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1513058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sz w:val="14"/>
                <w:lang w:eastAsia="ja-JP"/>
              </w:rPr>
              <w:t>確認結果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済</w:t>
            </w:r>
            <w:r>
              <w:rPr>
                <w:b/>
                <w:sz w:val="14"/>
                <w:lang w:eastAsia="ja-JP"/>
              </w:rPr>
              <w:t xml:space="preserve"> □ </w:t>
            </w:r>
            <w:r>
              <w:rPr>
                <w:b/>
                <w:sz w:val="14"/>
                <w:lang w:eastAsia="ja-JP"/>
              </w:rPr>
              <w:t>未確認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該当なし</w:t>
            </w:r>
          </w:p>
        </w:tc>
      </w:tr>
      <w:tr w:rsidR="005B7BCE" w14:paraId="5053BD11" w14:textId="77777777">
        <w:trPr>
          <w:cantSplit/>
          <w:trHeight w:val="320"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62F1986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記録・次の対応：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7F2FFFF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正式復職可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条件付き可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休職継続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再評価</w:t>
            </w:r>
          </w:p>
        </w:tc>
      </w:tr>
    </w:tbl>
    <w:p w14:paraId="37891070" w14:textId="77777777" w:rsidR="005B7BCE" w:rsidRDefault="00B74786">
      <w:pPr>
        <w:keepNext/>
        <w:spacing w:before="20" w:after="20" w:line="240" w:lineRule="auto"/>
      </w:pPr>
      <w:r>
        <w:rPr>
          <w:b/>
          <w:color w:val="36596A"/>
          <w:sz w:val="18"/>
        </w:rPr>
        <w:t>G</w:t>
      </w:r>
      <w:r>
        <w:rPr>
          <w:b/>
          <w:color w:val="36596A"/>
          <w:sz w:val="18"/>
        </w:rPr>
        <w:t xml:space="preserve">　本格復職後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7300"/>
        <w:gridCol w:w="2793"/>
      </w:tblGrid>
      <w:tr w:rsidR="005B7BCE" w14:paraId="4E8B9A88" w14:textId="77777777">
        <w:trPr>
          <w:cantSplit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0487BAC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勤怠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業務遂行・安全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疲労・翌日への影響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通院継続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 xml:space="preserve">本人と上司双方の評価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配慮の実施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 xml:space="preserve">再燃・新たな問題　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制限解除の根拠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7BD26F1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sz w:val="14"/>
                <w:lang w:eastAsia="ja-JP"/>
              </w:rPr>
              <w:t>確認結果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済</w:t>
            </w:r>
            <w:r>
              <w:rPr>
                <w:b/>
                <w:sz w:val="14"/>
                <w:lang w:eastAsia="ja-JP"/>
              </w:rPr>
              <w:t xml:space="preserve"> □ </w:t>
            </w:r>
            <w:r>
              <w:rPr>
                <w:b/>
                <w:sz w:val="14"/>
                <w:lang w:eastAsia="ja-JP"/>
              </w:rPr>
              <w:t>未確認</w:t>
            </w:r>
            <w:r>
              <w:rPr>
                <w:b/>
                <w:sz w:val="14"/>
                <w:lang w:eastAsia="ja-JP"/>
              </w:rPr>
              <w:br/>
              <w:t xml:space="preserve">□ </w:t>
            </w:r>
            <w:r>
              <w:rPr>
                <w:b/>
                <w:sz w:val="14"/>
                <w:lang w:eastAsia="ja-JP"/>
              </w:rPr>
              <w:t>該当なし</w:t>
            </w:r>
          </w:p>
        </w:tc>
      </w:tr>
      <w:tr w:rsidR="005B7BCE" w14:paraId="14070293" w14:textId="77777777">
        <w:trPr>
          <w:cantSplit/>
          <w:trHeight w:val="320"/>
        </w:trPr>
        <w:tc>
          <w:tcPr>
            <w:tcW w:w="7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CB428F9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記録・次の対応：</w:t>
            </w:r>
          </w:p>
        </w:tc>
        <w:tc>
          <w:tcPr>
            <w:tcW w:w="27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694C2EF" w14:textId="77777777" w:rsidR="005B7BCE" w:rsidRDefault="00B74786">
            <w:pPr>
              <w:spacing w:after="0" w:line="250" w:lineRule="auto"/>
            </w:pPr>
            <w:r>
              <w:rPr>
                <w:sz w:val="14"/>
              </w:rPr>
              <w:t xml:space="preserve">□ </w:t>
            </w:r>
            <w:r>
              <w:rPr>
                <w:sz w:val="14"/>
              </w:rPr>
              <w:t>現計画継続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配慮変更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制限解除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医療意見更新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再休職検討</w:t>
            </w:r>
          </w:p>
        </w:tc>
      </w:tr>
    </w:tbl>
    <w:p w14:paraId="6BFA7A45" w14:textId="77777777" w:rsidR="005B7BCE" w:rsidRDefault="00B74786">
      <w:pPr>
        <w:keepNext/>
        <w:pageBreakBefore/>
        <w:spacing w:after="40" w:line="240" w:lineRule="auto"/>
        <w:jc w:val="center"/>
        <w:rPr>
          <w:lang w:eastAsia="ja-JP"/>
        </w:rPr>
      </w:pPr>
      <w:r>
        <w:rPr>
          <w:b/>
          <w:sz w:val="31"/>
          <w:lang w:eastAsia="ja-JP"/>
        </w:rPr>
        <w:lastRenderedPageBreak/>
        <w:t>面談経過一覧・対応管理表</w:t>
      </w:r>
    </w:p>
    <w:p w14:paraId="0331A41A" w14:textId="77777777" w:rsidR="005B7BCE" w:rsidRDefault="00B74786">
      <w:pPr>
        <w:spacing w:after="100" w:line="240" w:lineRule="auto"/>
        <w:jc w:val="center"/>
        <w:rPr>
          <w:lang w:eastAsia="ja-JP"/>
        </w:rPr>
      </w:pPr>
      <w:r>
        <w:rPr>
          <w:color w:val="65747C"/>
          <w:sz w:val="16"/>
          <w:lang w:eastAsia="ja-JP"/>
        </w:rPr>
        <w:t>同一ケースの面談を時系列で一貫して追跡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5B7BCE" w14:paraId="6B3DBEBD" w14:textId="77777777">
        <w:tc>
          <w:tcPr>
            <w:tcW w:w="100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27136D0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color w:val="36596A"/>
                <w:lang w:eastAsia="ja-JP"/>
              </w:rPr>
              <w:t>管理単位</w:t>
            </w:r>
          </w:p>
          <w:p w14:paraId="6C509A56" w14:textId="77777777" w:rsidR="005B7BCE" w:rsidRDefault="00B74786">
            <w:pPr>
              <w:spacing w:after="0" w:line="259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>個別面談記録のケース</w:t>
            </w:r>
            <w:r>
              <w:rPr>
                <w:sz w:val="15"/>
                <w:lang w:eastAsia="ja-JP"/>
              </w:rPr>
              <w:t>ID</w:t>
            </w:r>
            <w:r>
              <w:rPr>
                <w:sz w:val="15"/>
                <w:lang w:eastAsia="ja-JP"/>
              </w:rPr>
              <w:t>・面談</w:t>
            </w:r>
            <w:r>
              <w:rPr>
                <w:sz w:val="15"/>
                <w:lang w:eastAsia="ja-JP"/>
              </w:rPr>
              <w:t>No.</w:t>
            </w:r>
            <w:r>
              <w:rPr>
                <w:sz w:val="15"/>
                <w:lang w:eastAsia="ja-JP"/>
              </w:rPr>
              <w:t>と対応させます。健康情報の詳細は個別記録に保管し、本一覧には手続・判断・期限に必要な最小限だけを記載します。</w:t>
            </w:r>
          </w:p>
        </w:tc>
      </w:tr>
    </w:tbl>
    <w:p w14:paraId="3ACB4F46" w14:textId="77777777" w:rsidR="005B7BCE" w:rsidRDefault="00B74786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1  </w:t>
      </w:r>
      <w:r>
        <w:rPr>
          <w:b/>
          <w:color w:val="36596A"/>
          <w:sz w:val="21"/>
        </w:rPr>
        <w:t>ケース基本情報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550"/>
        <w:gridCol w:w="3496"/>
        <w:gridCol w:w="1550"/>
        <w:gridCol w:w="3497"/>
      </w:tblGrid>
      <w:tr w:rsidR="005B7BCE" w14:paraId="7794E8F2" w14:textId="77777777"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4ACF896" w14:textId="77777777" w:rsidR="005B7BCE" w:rsidRDefault="00B74786">
            <w:pPr>
              <w:spacing w:after="0" w:line="250" w:lineRule="auto"/>
            </w:pPr>
            <w:r>
              <w:rPr>
                <w:b/>
                <w:sz w:val="16"/>
              </w:rPr>
              <w:t>ケース</w:t>
            </w:r>
            <w:r>
              <w:rPr>
                <w:b/>
                <w:sz w:val="16"/>
              </w:rPr>
              <w:t>ID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AC96943" w14:textId="77777777" w:rsidR="005B7BCE" w:rsidRDefault="005B7BCE">
            <w:pPr>
              <w:spacing w:after="0" w:line="250" w:lineRule="auto"/>
            </w:pP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BD7EFDB" w14:textId="77777777" w:rsidR="005B7BCE" w:rsidRDefault="00B74786">
            <w:pPr>
              <w:spacing w:after="0" w:line="250" w:lineRule="auto"/>
            </w:pPr>
            <w:r>
              <w:rPr>
                <w:b/>
                <w:sz w:val="16"/>
              </w:rPr>
              <w:t>本人氏名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6196718" w14:textId="77777777" w:rsidR="005B7BCE" w:rsidRDefault="005B7BCE">
            <w:pPr>
              <w:spacing w:after="0" w:line="250" w:lineRule="auto"/>
            </w:pPr>
          </w:p>
        </w:tc>
      </w:tr>
      <w:tr w:rsidR="005B7BCE" w14:paraId="4E647093" w14:textId="77777777"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6B974F7" w14:textId="77777777" w:rsidR="005B7BCE" w:rsidRDefault="00B74786">
            <w:pPr>
              <w:spacing w:after="0" w:line="250" w:lineRule="auto"/>
            </w:pPr>
            <w:r>
              <w:rPr>
                <w:b/>
                <w:sz w:val="16"/>
              </w:rPr>
              <w:t>所属・役職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3C8F4AF" w14:textId="77777777" w:rsidR="005B7BCE" w:rsidRDefault="005B7BCE">
            <w:pPr>
              <w:spacing w:after="0" w:line="250" w:lineRule="auto"/>
            </w:pP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F5FA5F5" w14:textId="77777777" w:rsidR="005B7BCE" w:rsidRDefault="00B74786">
            <w:pPr>
              <w:spacing w:after="0" w:line="250" w:lineRule="auto"/>
            </w:pPr>
            <w:r>
              <w:rPr>
                <w:b/>
                <w:sz w:val="16"/>
              </w:rPr>
              <w:t>主担当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36E6D50" w14:textId="77777777" w:rsidR="005B7BCE" w:rsidRDefault="00B74786">
            <w:pPr>
              <w:spacing w:after="0" w:line="250" w:lineRule="auto"/>
            </w:pPr>
            <w:r>
              <w:rPr>
                <w:sz w:val="16"/>
              </w:rPr>
              <w:t>部署：　　　　　氏名：</w:t>
            </w:r>
          </w:p>
        </w:tc>
      </w:tr>
      <w:tr w:rsidR="005B7BCE" w14:paraId="50AC5FCD" w14:textId="77777777"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E3FA16C" w14:textId="77777777" w:rsidR="005B7BCE" w:rsidRDefault="00B74786">
            <w:pPr>
              <w:spacing w:after="0" w:line="250" w:lineRule="auto"/>
            </w:pPr>
            <w:r>
              <w:rPr>
                <w:b/>
                <w:sz w:val="16"/>
              </w:rPr>
              <w:t>記録開始日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A20AD42" w14:textId="77777777" w:rsidR="005B7BCE" w:rsidRDefault="00B74786">
            <w:pPr>
              <w:spacing w:after="0" w:line="250" w:lineRule="auto"/>
            </w:pPr>
            <w:r>
              <w:rPr>
                <w:sz w:val="16"/>
              </w:rPr>
              <w:t xml:space="preserve">　　　　年　　月　　日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2A3B517" w14:textId="77777777" w:rsidR="005B7BCE" w:rsidRDefault="00B74786">
            <w:pPr>
              <w:spacing w:after="0" w:line="250" w:lineRule="auto"/>
            </w:pPr>
            <w:r>
              <w:rPr>
                <w:b/>
                <w:sz w:val="16"/>
              </w:rPr>
              <w:t>保管・アクセス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D66ED59" w14:textId="77777777" w:rsidR="005B7BCE" w:rsidRDefault="00B74786">
            <w:pPr>
              <w:spacing w:after="0" w:line="250" w:lineRule="auto"/>
            </w:pPr>
            <w:r>
              <w:rPr>
                <w:sz w:val="16"/>
              </w:rPr>
              <w:t>保管先：　　　　　取扱者：</w:t>
            </w:r>
          </w:p>
        </w:tc>
      </w:tr>
    </w:tbl>
    <w:p w14:paraId="7FE41E99" w14:textId="77777777" w:rsidR="005B7BCE" w:rsidRDefault="00B74786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2  </w:t>
      </w:r>
      <w:r>
        <w:rPr>
          <w:b/>
          <w:color w:val="36596A"/>
          <w:sz w:val="21"/>
        </w:rPr>
        <w:t>面談・判断の経過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600"/>
        <w:gridCol w:w="1250"/>
        <w:gridCol w:w="1750"/>
        <w:gridCol w:w="1600"/>
        <w:gridCol w:w="1800"/>
        <w:gridCol w:w="1700"/>
        <w:gridCol w:w="1393"/>
      </w:tblGrid>
      <w:tr w:rsidR="005B7BCE" w14:paraId="796F5E5C" w14:textId="77777777">
        <w:trPr>
          <w:tblHeader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D76DFB2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No.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470A348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面談日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034BF1F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段階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294EA6B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面談者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5F1E2EA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主要な確認事実</w:t>
            </w: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B9AEEE4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会社判断・措置</w:t>
            </w: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1CB9067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次回・期限</w:t>
            </w:r>
          </w:p>
        </w:tc>
      </w:tr>
      <w:tr w:rsidR="005B7BCE" w14:paraId="04397991" w14:textId="77777777">
        <w:trPr>
          <w:cantSplit/>
          <w:trHeight w:val="82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083F04D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sz w:val="13"/>
              </w:rPr>
              <w:t>1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0A694B7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1A3E2AF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>□A □B □C</w:t>
            </w:r>
            <w:r>
              <w:rPr>
                <w:sz w:val="13"/>
              </w:rPr>
              <w:br/>
              <w:t>□D □E □F □G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73C21DF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</w:t>
            </w:r>
            <w:r>
              <w:rPr>
                <w:sz w:val="13"/>
                <w:lang w:eastAsia="ja-JP"/>
              </w:rPr>
              <w:t>上司</w:t>
            </w:r>
            <w:r>
              <w:rPr>
                <w:sz w:val="13"/>
                <w:lang w:eastAsia="ja-JP"/>
              </w:rPr>
              <w:t xml:space="preserve"> □</w:t>
            </w:r>
            <w:r>
              <w:rPr>
                <w:sz w:val="13"/>
                <w:lang w:eastAsia="ja-JP"/>
              </w:rPr>
              <w:t>人事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産業保健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その他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8EC6118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F55C3EF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84AAF72" w14:textId="77777777" w:rsidR="005B7BCE" w:rsidRDefault="00B74786">
            <w:pPr>
              <w:spacing w:after="0" w:line="250" w:lineRule="auto"/>
            </w:pPr>
            <w:r>
              <w:rPr>
                <w:sz w:val="13"/>
                <w:lang w:eastAsia="ja-JP"/>
              </w:rPr>
              <w:t xml:space="preserve">　</w:t>
            </w:r>
            <w:r>
              <w:rPr>
                <w:sz w:val="13"/>
              </w:rPr>
              <w:t>年　月　日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担当：</w:t>
            </w:r>
          </w:p>
        </w:tc>
      </w:tr>
      <w:tr w:rsidR="005B7BCE" w14:paraId="399D66C2" w14:textId="77777777">
        <w:trPr>
          <w:cantSplit/>
          <w:trHeight w:val="82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BF9584A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sz w:val="13"/>
              </w:rPr>
              <w:t>2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7BCD398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20E3759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>□A □B □C</w:t>
            </w:r>
            <w:r>
              <w:rPr>
                <w:sz w:val="13"/>
              </w:rPr>
              <w:br/>
              <w:t>□D □E □F □G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66E35F6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</w:t>
            </w:r>
            <w:r>
              <w:rPr>
                <w:sz w:val="13"/>
                <w:lang w:eastAsia="ja-JP"/>
              </w:rPr>
              <w:t>上司</w:t>
            </w:r>
            <w:r>
              <w:rPr>
                <w:sz w:val="13"/>
                <w:lang w:eastAsia="ja-JP"/>
              </w:rPr>
              <w:t xml:space="preserve"> □</w:t>
            </w:r>
            <w:r>
              <w:rPr>
                <w:sz w:val="13"/>
                <w:lang w:eastAsia="ja-JP"/>
              </w:rPr>
              <w:t>人事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産業保健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その他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D18F609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1A37EAE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83F90A8" w14:textId="77777777" w:rsidR="005B7BCE" w:rsidRDefault="00B74786">
            <w:pPr>
              <w:spacing w:after="0" w:line="250" w:lineRule="auto"/>
            </w:pPr>
            <w:r>
              <w:rPr>
                <w:sz w:val="13"/>
                <w:lang w:eastAsia="ja-JP"/>
              </w:rPr>
              <w:t xml:space="preserve">　</w:t>
            </w:r>
            <w:r>
              <w:rPr>
                <w:sz w:val="13"/>
              </w:rPr>
              <w:t>年　月　日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担当：</w:t>
            </w:r>
          </w:p>
        </w:tc>
      </w:tr>
      <w:tr w:rsidR="005B7BCE" w14:paraId="45D62F4C" w14:textId="77777777">
        <w:trPr>
          <w:cantSplit/>
          <w:trHeight w:val="82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67BEAE1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sz w:val="13"/>
              </w:rPr>
              <w:t>3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AEEA1BD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FBFADFE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>□A □B □C</w:t>
            </w:r>
            <w:r>
              <w:rPr>
                <w:sz w:val="13"/>
              </w:rPr>
              <w:br/>
              <w:t>□D □E □F □G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782DD6A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</w:t>
            </w:r>
            <w:r>
              <w:rPr>
                <w:sz w:val="13"/>
                <w:lang w:eastAsia="ja-JP"/>
              </w:rPr>
              <w:t>上司</w:t>
            </w:r>
            <w:r>
              <w:rPr>
                <w:sz w:val="13"/>
                <w:lang w:eastAsia="ja-JP"/>
              </w:rPr>
              <w:t xml:space="preserve"> □</w:t>
            </w:r>
            <w:r>
              <w:rPr>
                <w:sz w:val="13"/>
                <w:lang w:eastAsia="ja-JP"/>
              </w:rPr>
              <w:t>人事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産業保健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その他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274F3F6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BC01702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33F7E1E" w14:textId="77777777" w:rsidR="005B7BCE" w:rsidRDefault="00B74786">
            <w:pPr>
              <w:spacing w:after="0" w:line="250" w:lineRule="auto"/>
            </w:pPr>
            <w:r>
              <w:rPr>
                <w:sz w:val="13"/>
                <w:lang w:eastAsia="ja-JP"/>
              </w:rPr>
              <w:t xml:space="preserve">　</w:t>
            </w:r>
            <w:r>
              <w:rPr>
                <w:sz w:val="13"/>
              </w:rPr>
              <w:t>年　月　日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担当：</w:t>
            </w:r>
          </w:p>
        </w:tc>
      </w:tr>
      <w:tr w:rsidR="005B7BCE" w14:paraId="0CD15C80" w14:textId="77777777">
        <w:trPr>
          <w:cantSplit/>
          <w:trHeight w:val="82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4E14DC0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sz w:val="13"/>
              </w:rPr>
              <w:t>4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270A21C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607BA1B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>□A □B □C</w:t>
            </w:r>
            <w:r>
              <w:rPr>
                <w:sz w:val="13"/>
              </w:rPr>
              <w:br/>
              <w:t>□D □E □F □G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17B5E8B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</w:t>
            </w:r>
            <w:r>
              <w:rPr>
                <w:sz w:val="13"/>
                <w:lang w:eastAsia="ja-JP"/>
              </w:rPr>
              <w:t>上司</w:t>
            </w:r>
            <w:r>
              <w:rPr>
                <w:sz w:val="13"/>
                <w:lang w:eastAsia="ja-JP"/>
              </w:rPr>
              <w:t xml:space="preserve"> □</w:t>
            </w:r>
            <w:r>
              <w:rPr>
                <w:sz w:val="13"/>
                <w:lang w:eastAsia="ja-JP"/>
              </w:rPr>
              <w:t>人事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産業保健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その他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4E6F84D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BD07AEA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8082DCA" w14:textId="77777777" w:rsidR="005B7BCE" w:rsidRDefault="00B74786">
            <w:pPr>
              <w:spacing w:after="0" w:line="250" w:lineRule="auto"/>
            </w:pPr>
            <w:r>
              <w:rPr>
                <w:sz w:val="13"/>
                <w:lang w:eastAsia="ja-JP"/>
              </w:rPr>
              <w:t xml:space="preserve">　</w:t>
            </w:r>
            <w:r>
              <w:rPr>
                <w:sz w:val="13"/>
              </w:rPr>
              <w:t>年　月　日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担当：</w:t>
            </w:r>
          </w:p>
        </w:tc>
      </w:tr>
      <w:tr w:rsidR="005B7BCE" w14:paraId="450605D0" w14:textId="77777777">
        <w:trPr>
          <w:cantSplit/>
          <w:trHeight w:val="82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6D6643A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sz w:val="13"/>
              </w:rPr>
              <w:t>5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9CFFB14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AE031B1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>□A □B □C</w:t>
            </w:r>
            <w:r>
              <w:rPr>
                <w:sz w:val="13"/>
              </w:rPr>
              <w:br/>
              <w:t>□D □E □F □G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5DF1DDB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</w:t>
            </w:r>
            <w:r>
              <w:rPr>
                <w:sz w:val="13"/>
                <w:lang w:eastAsia="ja-JP"/>
              </w:rPr>
              <w:t>上司</w:t>
            </w:r>
            <w:r>
              <w:rPr>
                <w:sz w:val="13"/>
                <w:lang w:eastAsia="ja-JP"/>
              </w:rPr>
              <w:t xml:space="preserve"> □</w:t>
            </w:r>
            <w:r>
              <w:rPr>
                <w:sz w:val="13"/>
                <w:lang w:eastAsia="ja-JP"/>
              </w:rPr>
              <w:t>人事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産業保健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その他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B892A23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8223071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2A953F0" w14:textId="77777777" w:rsidR="005B7BCE" w:rsidRDefault="00B74786">
            <w:pPr>
              <w:spacing w:after="0" w:line="250" w:lineRule="auto"/>
            </w:pPr>
            <w:r>
              <w:rPr>
                <w:sz w:val="13"/>
                <w:lang w:eastAsia="ja-JP"/>
              </w:rPr>
              <w:t xml:space="preserve">　</w:t>
            </w:r>
            <w:r>
              <w:rPr>
                <w:sz w:val="13"/>
              </w:rPr>
              <w:t>年　月　日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担当：</w:t>
            </w:r>
          </w:p>
        </w:tc>
      </w:tr>
      <w:tr w:rsidR="005B7BCE" w14:paraId="799223D4" w14:textId="77777777">
        <w:trPr>
          <w:cantSplit/>
          <w:trHeight w:val="82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319DE6C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sz w:val="13"/>
              </w:rPr>
              <w:t>6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2769140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9AF310B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>□A □B □C</w:t>
            </w:r>
            <w:r>
              <w:rPr>
                <w:sz w:val="13"/>
              </w:rPr>
              <w:br/>
              <w:t>□D □E □F □G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0F9694F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</w:t>
            </w:r>
            <w:r>
              <w:rPr>
                <w:sz w:val="13"/>
                <w:lang w:eastAsia="ja-JP"/>
              </w:rPr>
              <w:t>上司</w:t>
            </w:r>
            <w:r>
              <w:rPr>
                <w:sz w:val="13"/>
                <w:lang w:eastAsia="ja-JP"/>
              </w:rPr>
              <w:t xml:space="preserve"> □</w:t>
            </w:r>
            <w:r>
              <w:rPr>
                <w:sz w:val="13"/>
                <w:lang w:eastAsia="ja-JP"/>
              </w:rPr>
              <w:t>人事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産業保健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その他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B49CE59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97DED39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F0262B8" w14:textId="77777777" w:rsidR="005B7BCE" w:rsidRDefault="00B74786">
            <w:pPr>
              <w:spacing w:after="0" w:line="250" w:lineRule="auto"/>
            </w:pPr>
            <w:r>
              <w:rPr>
                <w:sz w:val="13"/>
                <w:lang w:eastAsia="ja-JP"/>
              </w:rPr>
              <w:t xml:space="preserve">　</w:t>
            </w:r>
            <w:r>
              <w:rPr>
                <w:sz w:val="13"/>
              </w:rPr>
              <w:t>年　月　日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担当：</w:t>
            </w:r>
          </w:p>
        </w:tc>
      </w:tr>
      <w:tr w:rsidR="005B7BCE" w14:paraId="64FFD2E6" w14:textId="77777777">
        <w:trPr>
          <w:cantSplit/>
          <w:trHeight w:val="82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67566EF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sz w:val="13"/>
              </w:rPr>
              <w:t>7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0FAE6D3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475D3D8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>□A □B □C</w:t>
            </w:r>
            <w:r>
              <w:rPr>
                <w:sz w:val="13"/>
              </w:rPr>
              <w:br/>
              <w:t>□D □E □F □G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74CB8DF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</w:t>
            </w:r>
            <w:r>
              <w:rPr>
                <w:sz w:val="13"/>
                <w:lang w:eastAsia="ja-JP"/>
              </w:rPr>
              <w:t>上司</w:t>
            </w:r>
            <w:r>
              <w:rPr>
                <w:sz w:val="13"/>
                <w:lang w:eastAsia="ja-JP"/>
              </w:rPr>
              <w:t xml:space="preserve"> □</w:t>
            </w:r>
            <w:r>
              <w:rPr>
                <w:sz w:val="13"/>
                <w:lang w:eastAsia="ja-JP"/>
              </w:rPr>
              <w:t>人事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産業保健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その他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55D0DB8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DE402FE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F539820" w14:textId="77777777" w:rsidR="005B7BCE" w:rsidRDefault="00B74786">
            <w:pPr>
              <w:spacing w:after="0" w:line="250" w:lineRule="auto"/>
            </w:pPr>
            <w:r>
              <w:rPr>
                <w:sz w:val="13"/>
                <w:lang w:eastAsia="ja-JP"/>
              </w:rPr>
              <w:t xml:space="preserve">　</w:t>
            </w:r>
            <w:r>
              <w:rPr>
                <w:sz w:val="13"/>
              </w:rPr>
              <w:t>年　月　日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担当：</w:t>
            </w:r>
          </w:p>
        </w:tc>
      </w:tr>
      <w:tr w:rsidR="005B7BCE" w14:paraId="751BB7AA" w14:textId="77777777">
        <w:trPr>
          <w:cantSplit/>
          <w:trHeight w:val="82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54AA223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sz w:val="13"/>
              </w:rPr>
              <w:t>8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B3AF7B9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03E5A57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>□A □B □C</w:t>
            </w:r>
            <w:r>
              <w:rPr>
                <w:sz w:val="13"/>
              </w:rPr>
              <w:br/>
              <w:t>□D □E □F □G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31C5ED2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</w:t>
            </w:r>
            <w:r>
              <w:rPr>
                <w:sz w:val="13"/>
                <w:lang w:eastAsia="ja-JP"/>
              </w:rPr>
              <w:t>上司</w:t>
            </w:r>
            <w:r>
              <w:rPr>
                <w:sz w:val="13"/>
                <w:lang w:eastAsia="ja-JP"/>
              </w:rPr>
              <w:t xml:space="preserve"> □</w:t>
            </w:r>
            <w:r>
              <w:rPr>
                <w:sz w:val="13"/>
                <w:lang w:eastAsia="ja-JP"/>
              </w:rPr>
              <w:t>人事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産業保健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その他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26E865E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525918E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D4D9A0E" w14:textId="77777777" w:rsidR="005B7BCE" w:rsidRDefault="00B74786">
            <w:pPr>
              <w:spacing w:after="0" w:line="250" w:lineRule="auto"/>
            </w:pPr>
            <w:r>
              <w:rPr>
                <w:sz w:val="13"/>
                <w:lang w:eastAsia="ja-JP"/>
              </w:rPr>
              <w:t xml:space="preserve">　</w:t>
            </w:r>
            <w:r>
              <w:rPr>
                <w:sz w:val="13"/>
              </w:rPr>
              <w:t>年　月　日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担当：</w:t>
            </w:r>
          </w:p>
        </w:tc>
      </w:tr>
      <w:tr w:rsidR="005B7BCE" w14:paraId="53B0C1FD" w14:textId="77777777">
        <w:trPr>
          <w:cantSplit/>
          <w:trHeight w:val="82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361F7E2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sz w:val="13"/>
              </w:rPr>
              <w:t>9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06F6E26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DE1617F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>□A □B □C</w:t>
            </w:r>
            <w:r>
              <w:rPr>
                <w:sz w:val="13"/>
              </w:rPr>
              <w:br/>
              <w:t>□D □E □F □G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A664017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</w:t>
            </w:r>
            <w:r>
              <w:rPr>
                <w:sz w:val="13"/>
                <w:lang w:eastAsia="ja-JP"/>
              </w:rPr>
              <w:t>上司</w:t>
            </w:r>
            <w:r>
              <w:rPr>
                <w:sz w:val="13"/>
                <w:lang w:eastAsia="ja-JP"/>
              </w:rPr>
              <w:t xml:space="preserve"> □</w:t>
            </w:r>
            <w:r>
              <w:rPr>
                <w:sz w:val="13"/>
                <w:lang w:eastAsia="ja-JP"/>
              </w:rPr>
              <w:t>人事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産業保健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その他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FB5B568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8FD24C8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278E9DE" w14:textId="77777777" w:rsidR="005B7BCE" w:rsidRDefault="00B74786">
            <w:pPr>
              <w:spacing w:after="0" w:line="250" w:lineRule="auto"/>
            </w:pPr>
            <w:r>
              <w:rPr>
                <w:sz w:val="13"/>
                <w:lang w:eastAsia="ja-JP"/>
              </w:rPr>
              <w:t xml:space="preserve">　</w:t>
            </w:r>
            <w:r>
              <w:rPr>
                <w:sz w:val="13"/>
              </w:rPr>
              <w:t>年　月　日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担当：</w:t>
            </w:r>
          </w:p>
        </w:tc>
      </w:tr>
      <w:tr w:rsidR="005B7BCE" w14:paraId="43E70DDD" w14:textId="77777777">
        <w:trPr>
          <w:cantSplit/>
          <w:trHeight w:val="82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F0EE6AB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sz w:val="13"/>
              </w:rPr>
              <w:t>10</w:t>
            </w:r>
          </w:p>
        </w:tc>
        <w:tc>
          <w:tcPr>
            <w:tcW w:w="12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9B40D35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17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B6B70FC" w14:textId="77777777" w:rsidR="005B7BCE" w:rsidRDefault="00B74786">
            <w:pPr>
              <w:spacing w:after="0" w:line="250" w:lineRule="auto"/>
            </w:pPr>
            <w:r>
              <w:rPr>
                <w:sz w:val="13"/>
              </w:rPr>
              <w:t>□A □B □C</w:t>
            </w:r>
            <w:r>
              <w:rPr>
                <w:sz w:val="13"/>
              </w:rPr>
              <w:br/>
              <w:t>□D □E □F □G</w:t>
            </w:r>
          </w:p>
        </w:tc>
        <w:tc>
          <w:tcPr>
            <w:tcW w:w="1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3DA5F5E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3"/>
                <w:lang w:eastAsia="ja-JP"/>
              </w:rPr>
              <w:t>□</w:t>
            </w:r>
            <w:r>
              <w:rPr>
                <w:sz w:val="13"/>
                <w:lang w:eastAsia="ja-JP"/>
              </w:rPr>
              <w:t>上司</w:t>
            </w:r>
            <w:r>
              <w:rPr>
                <w:sz w:val="13"/>
                <w:lang w:eastAsia="ja-JP"/>
              </w:rPr>
              <w:t xml:space="preserve"> □</w:t>
            </w:r>
            <w:r>
              <w:rPr>
                <w:sz w:val="13"/>
                <w:lang w:eastAsia="ja-JP"/>
              </w:rPr>
              <w:t>人事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産業保健</w:t>
            </w:r>
            <w:r>
              <w:rPr>
                <w:sz w:val="13"/>
                <w:lang w:eastAsia="ja-JP"/>
              </w:rPr>
              <w:br/>
              <w:t>□</w:t>
            </w:r>
            <w:r>
              <w:rPr>
                <w:sz w:val="13"/>
                <w:lang w:eastAsia="ja-JP"/>
              </w:rPr>
              <w:t>その他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B89819A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53DAC84" w14:textId="77777777" w:rsidR="005B7BCE" w:rsidRDefault="005B7BCE">
            <w:pPr>
              <w:spacing w:after="0" w:line="250" w:lineRule="auto"/>
              <w:rPr>
                <w:lang w:eastAsia="ja-JP"/>
              </w:rPr>
            </w:pPr>
          </w:p>
        </w:tc>
        <w:tc>
          <w:tcPr>
            <w:tcW w:w="13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A1006F1" w14:textId="77777777" w:rsidR="005B7BCE" w:rsidRDefault="00B74786">
            <w:pPr>
              <w:spacing w:after="0" w:line="250" w:lineRule="auto"/>
            </w:pPr>
            <w:r>
              <w:rPr>
                <w:sz w:val="13"/>
                <w:lang w:eastAsia="ja-JP"/>
              </w:rPr>
              <w:t xml:space="preserve">　</w:t>
            </w:r>
            <w:r>
              <w:rPr>
                <w:sz w:val="13"/>
              </w:rPr>
              <w:t>年　月　日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担当：</w:t>
            </w:r>
          </w:p>
        </w:tc>
      </w:tr>
    </w:tbl>
    <w:p w14:paraId="120BA79D" w14:textId="77777777" w:rsidR="005B7BCE" w:rsidRDefault="00B74786">
      <w:pPr>
        <w:spacing w:before="40" w:after="40" w:line="245" w:lineRule="auto"/>
        <w:rPr>
          <w:lang w:eastAsia="ja-JP"/>
        </w:rPr>
      </w:pPr>
      <w:r>
        <w:rPr>
          <w:color w:val="65747C"/>
          <w:sz w:val="14"/>
          <w:lang w:eastAsia="ja-JP"/>
        </w:rPr>
        <w:t>段階：</w:t>
      </w:r>
      <w:r>
        <w:rPr>
          <w:color w:val="65747C"/>
          <w:sz w:val="14"/>
          <w:lang w:eastAsia="ja-JP"/>
        </w:rPr>
        <w:t xml:space="preserve">A </w:t>
      </w:r>
      <w:r>
        <w:rPr>
          <w:color w:val="65747C"/>
          <w:sz w:val="14"/>
          <w:lang w:eastAsia="ja-JP"/>
        </w:rPr>
        <w:t>休職前（受診前）／</w:t>
      </w:r>
      <w:r>
        <w:rPr>
          <w:color w:val="65747C"/>
          <w:sz w:val="14"/>
          <w:lang w:eastAsia="ja-JP"/>
        </w:rPr>
        <w:t xml:space="preserve">B </w:t>
      </w:r>
      <w:r>
        <w:rPr>
          <w:color w:val="65747C"/>
          <w:sz w:val="14"/>
          <w:lang w:eastAsia="ja-JP"/>
        </w:rPr>
        <w:t>受診後／</w:t>
      </w:r>
      <w:r>
        <w:rPr>
          <w:color w:val="65747C"/>
          <w:sz w:val="14"/>
          <w:lang w:eastAsia="ja-JP"/>
        </w:rPr>
        <w:t xml:space="preserve">C </w:t>
      </w:r>
      <w:r>
        <w:rPr>
          <w:color w:val="65747C"/>
          <w:sz w:val="14"/>
          <w:lang w:eastAsia="ja-JP"/>
        </w:rPr>
        <w:t>休職中／</w:t>
      </w:r>
      <w:r>
        <w:rPr>
          <w:color w:val="65747C"/>
          <w:sz w:val="14"/>
          <w:lang w:eastAsia="ja-JP"/>
        </w:rPr>
        <w:t xml:space="preserve">D </w:t>
      </w:r>
      <w:r>
        <w:rPr>
          <w:color w:val="65747C"/>
          <w:sz w:val="14"/>
          <w:lang w:eastAsia="ja-JP"/>
        </w:rPr>
        <w:t>復職申請時／</w:t>
      </w:r>
      <w:r>
        <w:rPr>
          <w:color w:val="65747C"/>
          <w:sz w:val="14"/>
          <w:lang w:eastAsia="ja-JP"/>
        </w:rPr>
        <w:t xml:space="preserve">E </w:t>
      </w:r>
      <w:r>
        <w:rPr>
          <w:color w:val="65747C"/>
          <w:sz w:val="14"/>
          <w:lang w:eastAsia="ja-JP"/>
        </w:rPr>
        <w:t>リハビリ勤務中／</w:t>
      </w:r>
      <w:r>
        <w:rPr>
          <w:color w:val="65747C"/>
          <w:sz w:val="14"/>
          <w:lang w:eastAsia="ja-JP"/>
        </w:rPr>
        <w:t xml:space="preserve">F </w:t>
      </w:r>
      <w:r>
        <w:rPr>
          <w:color w:val="65747C"/>
          <w:sz w:val="14"/>
          <w:lang w:eastAsia="ja-JP"/>
        </w:rPr>
        <w:t>本格復職前／</w:t>
      </w:r>
      <w:r>
        <w:rPr>
          <w:color w:val="65747C"/>
          <w:sz w:val="14"/>
          <w:lang w:eastAsia="ja-JP"/>
        </w:rPr>
        <w:t xml:space="preserve">G </w:t>
      </w:r>
      <w:r>
        <w:rPr>
          <w:color w:val="65747C"/>
          <w:sz w:val="14"/>
          <w:lang w:eastAsia="ja-JP"/>
        </w:rPr>
        <w:t>本格復職後</w:t>
      </w:r>
    </w:p>
    <w:p w14:paraId="6429DAB8" w14:textId="77777777" w:rsidR="005B7BCE" w:rsidRDefault="00B74786">
      <w:pPr>
        <w:keepNext/>
        <w:pageBreakBefore/>
        <w:spacing w:after="40" w:line="240" w:lineRule="auto"/>
        <w:jc w:val="center"/>
        <w:rPr>
          <w:lang w:eastAsia="ja-JP"/>
        </w:rPr>
      </w:pPr>
      <w:r>
        <w:rPr>
          <w:b/>
          <w:sz w:val="31"/>
          <w:lang w:eastAsia="ja-JP"/>
        </w:rPr>
        <w:lastRenderedPageBreak/>
        <w:t>未完了事項・期限管理</w:t>
      </w:r>
    </w:p>
    <w:p w14:paraId="34B8B6E3" w14:textId="77777777" w:rsidR="005B7BCE" w:rsidRDefault="00B74786">
      <w:pPr>
        <w:spacing w:after="100" w:line="240" w:lineRule="auto"/>
        <w:jc w:val="center"/>
        <w:rPr>
          <w:lang w:eastAsia="ja-JP"/>
        </w:rPr>
      </w:pPr>
      <w:r>
        <w:rPr>
          <w:color w:val="65747C"/>
          <w:sz w:val="16"/>
          <w:lang w:eastAsia="ja-JP"/>
        </w:rPr>
        <w:t>面談経過一覧の続票</w:t>
      </w:r>
      <w:r>
        <w:rPr>
          <w:color w:val="65747C"/>
          <w:sz w:val="16"/>
          <w:lang w:eastAsia="ja-JP"/>
        </w:rPr>
        <w:t xml:space="preserve"> — </w:t>
      </w:r>
      <w:r>
        <w:rPr>
          <w:color w:val="65747C"/>
          <w:sz w:val="16"/>
          <w:lang w:eastAsia="ja-JP"/>
        </w:rPr>
        <w:t>提出・確認・対応期限を追跡</w:t>
      </w:r>
    </w:p>
    <w:p w14:paraId="2D4CE77A" w14:textId="77777777" w:rsidR="005B7BCE" w:rsidRDefault="00B74786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3  </w:t>
      </w:r>
      <w:r>
        <w:rPr>
          <w:b/>
          <w:color w:val="36596A"/>
          <w:sz w:val="21"/>
        </w:rPr>
        <w:t>未完了事項・期限管理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600"/>
        <w:gridCol w:w="3190"/>
        <w:gridCol w:w="1900"/>
        <w:gridCol w:w="1800"/>
        <w:gridCol w:w="2603"/>
      </w:tblGrid>
      <w:tr w:rsidR="005B7BCE" w14:paraId="3CA0B121" w14:textId="77777777"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A58F1F5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No.</w:t>
            </w:r>
          </w:p>
        </w:tc>
        <w:tc>
          <w:tcPr>
            <w:tcW w:w="319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1473E83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対応事項・提出書類</w:t>
            </w:r>
          </w:p>
        </w:tc>
        <w:tc>
          <w:tcPr>
            <w:tcW w:w="19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53600D4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担当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CAABAA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期限</w:t>
            </w:r>
          </w:p>
        </w:tc>
        <w:tc>
          <w:tcPr>
            <w:tcW w:w="260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128931D" w14:textId="77777777" w:rsidR="005B7BCE" w:rsidRDefault="00B74786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完了・結果</w:t>
            </w:r>
          </w:p>
        </w:tc>
      </w:tr>
      <w:tr w:rsidR="005B7BCE" w14:paraId="325053BB" w14:textId="77777777">
        <w:trPr>
          <w:trHeight w:val="59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BB8008C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1</w:t>
            </w:r>
          </w:p>
        </w:tc>
        <w:tc>
          <w:tcPr>
            <w:tcW w:w="319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CF9F896" w14:textId="77777777" w:rsidR="005B7BCE" w:rsidRDefault="005B7BCE">
            <w:pPr>
              <w:spacing w:after="0" w:line="250" w:lineRule="auto"/>
            </w:pPr>
          </w:p>
        </w:tc>
        <w:tc>
          <w:tcPr>
            <w:tcW w:w="19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CC28AE6" w14:textId="77777777" w:rsidR="005B7BCE" w:rsidRDefault="005B7BCE">
            <w:pPr>
              <w:spacing w:after="0" w:line="250" w:lineRule="auto"/>
            </w:pP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E5795C9" w14:textId="77777777" w:rsidR="005B7BCE" w:rsidRDefault="00B74786">
            <w:pPr>
              <w:spacing w:after="0" w:line="250" w:lineRule="auto"/>
            </w:pPr>
            <w:r>
              <w:rPr>
                <w:sz w:val="14"/>
              </w:rPr>
              <w:t xml:space="preserve">　年　月　日</w:t>
            </w:r>
          </w:p>
        </w:tc>
        <w:tc>
          <w:tcPr>
            <w:tcW w:w="260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11A2028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完了　日付：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>継続・変更</w:t>
            </w:r>
          </w:p>
        </w:tc>
      </w:tr>
      <w:tr w:rsidR="005B7BCE" w14:paraId="1A33EDFF" w14:textId="77777777">
        <w:trPr>
          <w:trHeight w:val="59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EA9056C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2</w:t>
            </w:r>
          </w:p>
        </w:tc>
        <w:tc>
          <w:tcPr>
            <w:tcW w:w="319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541EDEE" w14:textId="77777777" w:rsidR="005B7BCE" w:rsidRDefault="005B7BCE">
            <w:pPr>
              <w:spacing w:after="0" w:line="250" w:lineRule="auto"/>
            </w:pPr>
          </w:p>
        </w:tc>
        <w:tc>
          <w:tcPr>
            <w:tcW w:w="19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D519A4E" w14:textId="77777777" w:rsidR="005B7BCE" w:rsidRDefault="005B7BCE">
            <w:pPr>
              <w:spacing w:after="0" w:line="250" w:lineRule="auto"/>
            </w:pP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E9969D2" w14:textId="77777777" w:rsidR="005B7BCE" w:rsidRDefault="00B74786">
            <w:pPr>
              <w:spacing w:after="0" w:line="250" w:lineRule="auto"/>
            </w:pPr>
            <w:r>
              <w:rPr>
                <w:sz w:val="14"/>
              </w:rPr>
              <w:t xml:space="preserve">　年　月　日</w:t>
            </w:r>
          </w:p>
        </w:tc>
        <w:tc>
          <w:tcPr>
            <w:tcW w:w="260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E7D5BB5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完了　日付：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>継続・変更</w:t>
            </w:r>
          </w:p>
        </w:tc>
      </w:tr>
      <w:tr w:rsidR="005B7BCE" w14:paraId="6B14E841" w14:textId="77777777">
        <w:trPr>
          <w:trHeight w:val="59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53E0ECD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319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8CAAD08" w14:textId="77777777" w:rsidR="005B7BCE" w:rsidRDefault="005B7BCE">
            <w:pPr>
              <w:spacing w:after="0" w:line="250" w:lineRule="auto"/>
            </w:pPr>
          </w:p>
        </w:tc>
        <w:tc>
          <w:tcPr>
            <w:tcW w:w="19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25CEE97" w14:textId="77777777" w:rsidR="005B7BCE" w:rsidRDefault="005B7BCE">
            <w:pPr>
              <w:spacing w:after="0" w:line="250" w:lineRule="auto"/>
            </w:pP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239D2CC" w14:textId="77777777" w:rsidR="005B7BCE" w:rsidRDefault="00B74786">
            <w:pPr>
              <w:spacing w:after="0" w:line="250" w:lineRule="auto"/>
            </w:pPr>
            <w:r>
              <w:rPr>
                <w:sz w:val="14"/>
              </w:rPr>
              <w:t xml:space="preserve">　年　月　日</w:t>
            </w:r>
          </w:p>
        </w:tc>
        <w:tc>
          <w:tcPr>
            <w:tcW w:w="260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F58C1EF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完了　日付：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>継続・変更</w:t>
            </w:r>
          </w:p>
        </w:tc>
      </w:tr>
      <w:tr w:rsidR="005B7BCE" w14:paraId="614A0267" w14:textId="77777777">
        <w:trPr>
          <w:trHeight w:val="59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C1EFE2D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4</w:t>
            </w:r>
          </w:p>
        </w:tc>
        <w:tc>
          <w:tcPr>
            <w:tcW w:w="319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C09C1DD" w14:textId="77777777" w:rsidR="005B7BCE" w:rsidRDefault="005B7BCE">
            <w:pPr>
              <w:spacing w:after="0" w:line="250" w:lineRule="auto"/>
            </w:pPr>
          </w:p>
        </w:tc>
        <w:tc>
          <w:tcPr>
            <w:tcW w:w="19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D5F19FE" w14:textId="77777777" w:rsidR="005B7BCE" w:rsidRDefault="005B7BCE">
            <w:pPr>
              <w:spacing w:after="0" w:line="250" w:lineRule="auto"/>
            </w:pP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47515E4" w14:textId="77777777" w:rsidR="005B7BCE" w:rsidRDefault="00B74786">
            <w:pPr>
              <w:spacing w:after="0" w:line="250" w:lineRule="auto"/>
            </w:pPr>
            <w:r>
              <w:rPr>
                <w:sz w:val="14"/>
              </w:rPr>
              <w:t xml:space="preserve">　年　月　日</w:t>
            </w:r>
          </w:p>
        </w:tc>
        <w:tc>
          <w:tcPr>
            <w:tcW w:w="260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AD5A5E5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完了　日付：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>継続・変更</w:t>
            </w:r>
          </w:p>
        </w:tc>
      </w:tr>
      <w:tr w:rsidR="005B7BCE" w14:paraId="6891E067" w14:textId="77777777">
        <w:trPr>
          <w:trHeight w:val="59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F4B1CCE" w14:textId="77777777" w:rsidR="005B7BCE" w:rsidRDefault="00B74786">
            <w:pPr>
              <w:spacing w:after="0" w:line="250" w:lineRule="auto"/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319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F9D008D" w14:textId="77777777" w:rsidR="005B7BCE" w:rsidRDefault="005B7BCE">
            <w:pPr>
              <w:spacing w:after="0" w:line="250" w:lineRule="auto"/>
            </w:pPr>
          </w:p>
        </w:tc>
        <w:tc>
          <w:tcPr>
            <w:tcW w:w="19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52AE27C" w14:textId="77777777" w:rsidR="005B7BCE" w:rsidRDefault="005B7BCE">
            <w:pPr>
              <w:spacing w:after="0" w:line="250" w:lineRule="auto"/>
            </w:pP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93F90E7" w14:textId="77777777" w:rsidR="005B7BCE" w:rsidRDefault="00B74786">
            <w:pPr>
              <w:spacing w:after="0" w:line="250" w:lineRule="auto"/>
            </w:pPr>
            <w:r>
              <w:rPr>
                <w:sz w:val="14"/>
              </w:rPr>
              <w:t xml:space="preserve">　年　月　日</w:t>
            </w:r>
          </w:p>
        </w:tc>
        <w:tc>
          <w:tcPr>
            <w:tcW w:w="260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6A6D04D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完了　日付：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>継続・変更</w:t>
            </w:r>
          </w:p>
        </w:tc>
      </w:tr>
    </w:tbl>
    <w:p w14:paraId="3F5AC5BB" w14:textId="77777777" w:rsidR="005B7BCE" w:rsidRDefault="00B74786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4  </w:t>
      </w:r>
      <w:r>
        <w:rPr>
          <w:b/>
          <w:color w:val="36596A"/>
          <w:sz w:val="21"/>
        </w:rPr>
        <w:t>終結・継続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400"/>
        <w:gridCol w:w="7693"/>
      </w:tblGrid>
      <w:tr w:rsidR="005B7BCE" w14:paraId="65DB26F0" w14:textId="77777777">
        <w:tc>
          <w:tcPr>
            <w:tcW w:w="24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8606982" w14:textId="77777777" w:rsidR="005B7BCE" w:rsidRDefault="00B74786">
            <w:pPr>
              <w:spacing w:after="0" w:line="250" w:lineRule="auto"/>
            </w:pPr>
            <w:r>
              <w:rPr>
                <w:b/>
                <w:sz w:val="16"/>
              </w:rPr>
              <w:t>現在の状態</w:t>
            </w:r>
          </w:p>
        </w:tc>
        <w:tc>
          <w:tcPr>
            <w:tcW w:w="76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5BC5A25" w14:textId="77777777" w:rsidR="005B7BCE" w:rsidRDefault="00B74786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 xml:space="preserve">対応継続　</w:t>
            </w: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 xml:space="preserve">本格復職後フォロー中　</w:t>
            </w: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 xml:space="preserve">通常運用へ移行　</w:t>
            </w: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>退職等により終結</w:t>
            </w:r>
            <w:r>
              <w:rPr>
                <w:sz w:val="15"/>
                <w:lang w:eastAsia="ja-JP"/>
              </w:rPr>
              <w:br/>
              <w:t xml:space="preserve">□ </w:t>
            </w:r>
            <w:r>
              <w:rPr>
                <w:sz w:val="15"/>
                <w:lang w:eastAsia="ja-JP"/>
              </w:rPr>
              <w:t>その他（　　　　　　　　　　　　　　　　　　　　　　　　　）</w:t>
            </w:r>
          </w:p>
        </w:tc>
      </w:tr>
      <w:tr w:rsidR="005B7BCE" w14:paraId="3F4A6A63" w14:textId="77777777">
        <w:tc>
          <w:tcPr>
            <w:tcW w:w="24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371BBCD" w14:textId="77777777" w:rsidR="005B7BCE" w:rsidRDefault="00B74786">
            <w:pPr>
              <w:spacing w:after="0" w:line="250" w:lineRule="auto"/>
            </w:pPr>
            <w:r>
              <w:rPr>
                <w:b/>
                <w:sz w:val="16"/>
              </w:rPr>
              <w:t>確認</w:t>
            </w:r>
          </w:p>
        </w:tc>
        <w:tc>
          <w:tcPr>
            <w:tcW w:w="76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D3E6F8D" w14:textId="77777777" w:rsidR="005B7BCE" w:rsidRDefault="00B74786">
            <w:pPr>
              <w:spacing w:after="0" w:line="250" w:lineRule="auto"/>
            </w:pPr>
            <w:r>
              <w:rPr>
                <w:sz w:val="15"/>
              </w:rPr>
              <w:t xml:space="preserve">確認日：　　　年　　月　　日　担当者：　　　　　　　　　　　確認者：　　　　　　　　　</w:t>
            </w:r>
          </w:p>
        </w:tc>
      </w:tr>
    </w:tbl>
    <w:p w14:paraId="24E01C9A" w14:textId="77777777" w:rsidR="00B74786" w:rsidRDefault="00B74786"/>
    <w:sectPr w:rsidR="00B74786" w:rsidSect="00034616">
      <w:footerReference w:type="default" r:id="rId8"/>
      <w:pgSz w:w="11906" w:h="16838"/>
      <w:pgMar w:top="340" w:right="907" w:bottom="340" w:left="907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87AC" w14:textId="77777777" w:rsidR="00B74786" w:rsidRDefault="00B74786">
      <w:pPr>
        <w:spacing w:after="0" w:line="240" w:lineRule="auto"/>
      </w:pPr>
      <w:r>
        <w:separator/>
      </w:r>
    </w:p>
  </w:endnote>
  <w:endnote w:type="continuationSeparator" w:id="0">
    <w:p w14:paraId="71EFA356" w14:textId="77777777" w:rsidR="00B74786" w:rsidRDefault="00B74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DD97" w14:textId="11BD78D7" w:rsidR="005B7BCE" w:rsidRDefault="00CD7E37">
    <w:pPr>
      <w:pStyle w:val="a7"/>
      <w:jc w:val="center"/>
      <w:rPr>
        <w:lang w:eastAsia="ja-JP"/>
      </w:rPr>
    </w:pPr>
    <w:r w:rsidRPr="00CD7E37">
      <w:rPr>
        <w:color w:val="65747C"/>
        <w:sz w:val="16"/>
        <w:lang w:eastAsia="ja-JP"/>
      </w:rPr>
      <w:t>つくるCreative Workforce Support</w:t>
    </w:r>
    <w:r w:rsidRPr="00CD7E37">
      <w:rPr>
        <w:color w:val="65747C"/>
        <w:sz w:val="16"/>
        <w:lang w:eastAsia="ja-JP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078FB" w14:textId="77777777" w:rsidR="00B74786" w:rsidRDefault="00B74786">
      <w:pPr>
        <w:spacing w:after="0" w:line="240" w:lineRule="auto"/>
      </w:pPr>
      <w:r>
        <w:separator/>
      </w:r>
    </w:p>
  </w:footnote>
  <w:footnote w:type="continuationSeparator" w:id="0">
    <w:p w14:paraId="5EE848DB" w14:textId="77777777" w:rsidR="00B74786" w:rsidRDefault="00B74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7196837">
    <w:abstractNumId w:val="8"/>
  </w:num>
  <w:num w:numId="2" w16cid:durableId="191189793">
    <w:abstractNumId w:val="6"/>
  </w:num>
  <w:num w:numId="3" w16cid:durableId="1374233727">
    <w:abstractNumId w:val="5"/>
  </w:num>
  <w:num w:numId="4" w16cid:durableId="331109101">
    <w:abstractNumId w:val="4"/>
  </w:num>
  <w:num w:numId="5" w16cid:durableId="468717227">
    <w:abstractNumId w:val="7"/>
  </w:num>
  <w:num w:numId="6" w16cid:durableId="45883042">
    <w:abstractNumId w:val="3"/>
  </w:num>
  <w:num w:numId="7" w16cid:durableId="654727992">
    <w:abstractNumId w:val="2"/>
  </w:num>
  <w:num w:numId="8" w16cid:durableId="391316558">
    <w:abstractNumId w:val="1"/>
  </w:num>
  <w:num w:numId="9" w16cid:durableId="175828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2A0"/>
    <w:rsid w:val="0006063C"/>
    <w:rsid w:val="000F2D2C"/>
    <w:rsid w:val="0015074B"/>
    <w:rsid w:val="001A4764"/>
    <w:rsid w:val="0029639D"/>
    <w:rsid w:val="00326F90"/>
    <w:rsid w:val="005B7BCE"/>
    <w:rsid w:val="00735110"/>
    <w:rsid w:val="00AA1D8D"/>
    <w:rsid w:val="00B47730"/>
    <w:rsid w:val="00B74786"/>
    <w:rsid w:val="00CB0664"/>
    <w:rsid w:val="00CD7E37"/>
    <w:rsid w:val="00CE3A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AB9E4E"/>
  <w14:defaultImageDpi w14:val="300"/>
  <w15:docId w15:val="{30EC57FD-980D-4FAE-A24A-B2E49C11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35110"/>
    <w:pPr>
      <w:spacing w:after="60" w:line="254" w:lineRule="auto"/>
    </w:pPr>
    <w:rPr>
      <w:rFonts w:ascii="游ゴシック" w:eastAsia="游ゴシック" w:hAnsi="游ゴシック"/>
      <w:color w:val="243640"/>
      <w:sz w:val="17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697</Words>
  <Characters>3975</Characters>
  <Application>Microsoft Office Word</Application>
  <DocSecurity>0</DocSecurity>
  <Lines>33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メンタルヘルス不調者 面談記録チェックシート</vt:lpstr>
      <vt:lpstr/>
    </vt:vector>
  </TitlesOfParts>
  <Manager/>
  <Company/>
  <LinksUpToDate>false</LinksUpToDate>
  <CharactersWithSpaces>4663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メンタルヘルス不調者 面談記録チェックシート</dc:title>
  <dc:subject>休職前から本格復職後まで共通利用する客観的面談記録・経過管理様式</dc:subject>
  <dc:creator/>
  <cp:keywords/>
  <dc:description>generated by python-docx</dc:description>
  <cp:lastModifiedBy>大塚若菜</cp:lastModifiedBy>
  <cp:revision>2</cp:revision>
  <dcterms:created xsi:type="dcterms:W3CDTF">2013-12-23T23:15:00Z</dcterms:created>
  <dcterms:modified xsi:type="dcterms:W3CDTF">2026-08-24T06:56:00Z</dcterms:modified>
  <cp:category/>
</cp:coreProperties>
</file>